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C4BC" w14:textId="16331656" w:rsidR="00772783" w:rsidRPr="00EE53A3" w:rsidRDefault="00000000" w:rsidP="00B22DA8">
      <w:pPr>
        <w:pStyle w:val="LessonTitle"/>
        <w:jc w:val="center"/>
        <w:rPr>
          <w:rFonts w:ascii="Times New Roman" w:hAnsi="Times New Roman" w:cs="Times New Roman"/>
          <w:b w:val="0"/>
          <w:bCs/>
          <w:szCs w:val="32"/>
        </w:rPr>
      </w:pPr>
      <w:r w:rsidRPr="00EE53A3">
        <w:rPr>
          <w:rFonts w:ascii="Times New Roman" w:hAnsi="Times New Roman" w:cs="Times New Roman"/>
          <w:b w:val="0"/>
          <w:bCs/>
          <w:szCs w:val="32"/>
        </w:rPr>
        <w:t>Graphing Linear Equations Using Intercepts</w:t>
      </w:r>
    </w:p>
    <w:p w14:paraId="47CCC875" w14:textId="77777777" w:rsidR="00EE53A3" w:rsidRPr="00EE53A3" w:rsidRDefault="00EE53A3" w:rsidP="00B22DA8">
      <w:pPr>
        <w:pStyle w:val="Instruction"/>
        <w:rPr>
          <w:rFonts w:ascii="Times New Roman" w:hAnsi="Times New Roman" w:cs="Times New Roman"/>
          <w:sz w:val="24"/>
          <w:szCs w:val="24"/>
        </w:rPr>
      </w:pPr>
    </w:p>
    <w:p w14:paraId="265BAED0" w14:textId="1A1E9A3B" w:rsidR="002A6C5E" w:rsidRDefault="00000000" w:rsidP="00B22DA8">
      <w:pPr>
        <w:pStyle w:val="Instruction"/>
        <w:numPr>
          <w:ilvl w:val="0"/>
          <w:numId w:val="10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EE53A3">
        <w:rPr>
          <w:rFonts w:ascii="Times New Roman" w:hAnsi="Times New Roman" w:cs="Times New Roman"/>
          <w:b/>
          <w:sz w:val="24"/>
          <w:szCs w:val="24"/>
        </w:rPr>
        <w:t xml:space="preserve">Find </w:t>
      </w:r>
      <w:r w:rsidR="002A6C5E">
        <w:rPr>
          <w:rFonts w:ascii="Times New Roman" w:hAnsi="Times New Roman" w:cs="Times New Roman"/>
          <w:b/>
          <w:sz w:val="24"/>
          <w:szCs w:val="24"/>
        </w:rPr>
        <w:t>the y-</w:t>
      </w:r>
      <w:r w:rsidRPr="00EE53A3">
        <w:rPr>
          <w:rFonts w:ascii="Times New Roman" w:hAnsi="Times New Roman" w:cs="Times New Roman"/>
          <w:b/>
          <w:sz w:val="24"/>
          <w:szCs w:val="24"/>
        </w:rPr>
        <w:t>intercept</w:t>
      </w:r>
      <w:r w:rsidR="002A6C5E">
        <w:rPr>
          <w:rFonts w:ascii="Times New Roman" w:hAnsi="Times New Roman" w:cs="Times New Roman"/>
          <w:b/>
          <w:sz w:val="24"/>
          <w:szCs w:val="24"/>
        </w:rPr>
        <w:t>:</w:t>
      </w:r>
      <w:r w:rsidRPr="00EE53A3">
        <w:rPr>
          <w:rFonts w:ascii="Times New Roman" w:hAnsi="Times New Roman" w:cs="Times New Roman"/>
          <w:sz w:val="24"/>
          <w:szCs w:val="24"/>
        </w:rPr>
        <w:t xml:space="preserve"> Substitute x = 0</w:t>
      </w:r>
      <w:r w:rsidR="002A6C5E">
        <w:rPr>
          <w:rFonts w:ascii="Times New Roman" w:hAnsi="Times New Roman" w:cs="Times New Roman"/>
          <w:sz w:val="24"/>
          <w:szCs w:val="24"/>
        </w:rPr>
        <w:t>.</w:t>
      </w:r>
    </w:p>
    <w:p w14:paraId="6AF91B33" w14:textId="609CF634" w:rsidR="00772783" w:rsidRPr="002A6C5E" w:rsidRDefault="002A6C5E" w:rsidP="00B22DA8">
      <w:pPr>
        <w:pStyle w:val="Instruction"/>
        <w:numPr>
          <w:ilvl w:val="0"/>
          <w:numId w:val="10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EE53A3">
        <w:rPr>
          <w:rFonts w:ascii="Times New Roman" w:hAnsi="Times New Roman" w:cs="Times New Roman"/>
          <w:b/>
          <w:sz w:val="24"/>
          <w:szCs w:val="24"/>
        </w:rPr>
        <w:t xml:space="preserve">Find </w:t>
      </w:r>
      <w:r>
        <w:rPr>
          <w:rFonts w:ascii="Times New Roman" w:hAnsi="Times New Roman" w:cs="Times New Roman"/>
          <w:b/>
          <w:sz w:val="24"/>
          <w:szCs w:val="24"/>
        </w:rPr>
        <w:t>the y-</w:t>
      </w:r>
      <w:r w:rsidRPr="00EE53A3">
        <w:rPr>
          <w:rFonts w:ascii="Times New Roman" w:hAnsi="Times New Roman" w:cs="Times New Roman"/>
          <w:b/>
          <w:sz w:val="24"/>
          <w:szCs w:val="24"/>
        </w:rPr>
        <w:t>intercept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E53A3">
        <w:rPr>
          <w:rFonts w:ascii="Times New Roman" w:hAnsi="Times New Roman" w:cs="Times New Roman"/>
          <w:sz w:val="24"/>
          <w:szCs w:val="24"/>
        </w:rPr>
        <w:t xml:space="preserve"> Substitute </w:t>
      </w:r>
      <w:r w:rsidR="00000000" w:rsidRPr="002A6C5E">
        <w:rPr>
          <w:rFonts w:ascii="Times New Roman" w:hAnsi="Times New Roman" w:cs="Times New Roman"/>
          <w:sz w:val="24"/>
          <w:szCs w:val="24"/>
        </w:rPr>
        <w:t>y = 0.</w:t>
      </w:r>
    </w:p>
    <w:p w14:paraId="0FA8F9E4" w14:textId="4E9F0B13" w:rsidR="002A6C5E" w:rsidRDefault="00000000" w:rsidP="00B22DA8">
      <w:pPr>
        <w:pStyle w:val="Instruction"/>
        <w:numPr>
          <w:ilvl w:val="0"/>
          <w:numId w:val="10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2A6C5E">
        <w:rPr>
          <w:rFonts w:ascii="Times New Roman" w:hAnsi="Times New Roman" w:cs="Times New Roman"/>
          <w:b/>
          <w:bCs/>
          <w:sz w:val="24"/>
          <w:szCs w:val="24"/>
        </w:rPr>
        <w:t>Plot and label both intercepts</w:t>
      </w:r>
      <w:r w:rsidR="002A6C5E">
        <w:rPr>
          <w:rFonts w:ascii="Times New Roman" w:hAnsi="Times New Roman" w:cs="Times New Roman"/>
          <w:sz w:val="24"/>
          <w:szCs w:val="24"/>
        </w:rPr>
        <w:t xml:space="preserve"> on the cartesian plane.</w:t>
      </w:r>
    </w:p>
    <w:p w14:paraId="774F9502" w14:textId="0AF40636" w:rsidR="00EE53A3" w:rsidRPr="00EE53A3" w:rsidRDefault="002A6C5E" w:rsidP="00B22DA8">
      <w:pPr>
        <w:pStyle w:val="Instruction"/>
        <w:numPr>
          <w:ilvl w:val="0"/>
          <w:numId w:val="10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2A6C5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000000" w:rsidRPr="002A6C5E">
        <w:rPr>
          <w:rFonts w:ascii="Times New Roman" w:hAnsi="Times New Roman" w:cs="Times New Roman"/>
          <w:b/>
          <w:bCs/>
          <w:sz w:val="24"/>
          <w:szCs w:val="24"/>
        </w:rPr>
        <w:t xml:space="preserve">raw </w:t>
      </w:r>
      <w:r w:rsidRPr="002A6C5E">
        <w:rPr>
          <w:rFonts w:ascii="Times New Roman" w:hAnsi="Times New Roman" w:cs="Times New Roman"/>
          <w:b/>
          <w:bCs/>
          <w:sz w:val="24"/>
          <w:szCs w:val="24"/>
        </w:rPr>
        <w:t>the function</w:t>
      </w:r>
      <w:r w:rsidR="00000000" w:rsidRPr="00EE53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using</w:t>
      </w:r>
      <w:r w:rsidR="00000000" w:rsidRPr="00EE53A3">
        <w:rPr>
          <w:rFonts w:ascii="Times New Roman" w:hAnsi="Times New Roman" w:cs="Times New Roman"/>
          <w:sz w:val="24"/>
          <w:szCs w:val="24"/>
        </w:rPr>
        <w:t xml:space="preserve"> a ruler.</w:t>
      </w:r>
    </w:p>
    <w:p w14:paraId="45188BEE" w14:textId="4314744C" w:rsidR="00772783" w:rsidRPr="00EE53A3" w:rsidRDefault="00772783" w:rsidP="00B22DA8">
      <w:pPr>
        <w:pStyle w:val="Instruction"/>
        <w:spacing w:before="100"/>
        <w:rPr>
          <w:rFonts w:ascii="Times New Roman" w:hAnsi="Times New Roman" w:cs="Times New Roman"/>
          <w:sz w:val="24"/>
          <w:szCs w:val="24"/>
        </w:rPr>
      </w:pPr>
    </w:p>
    <w:p w14:paraId="007F9C3B" w14:textId="77777777" w:rsidR="00EE53A3" w:rsidRPr="00EE53A3" w:rsidRDefault="00EE53A3" w:rsidP="00B22DA8">
      <w:pPr>
        <w:pStyle w:val="SectionTitle"/>
        <w:rPr>
          <w:rFonts w:ascii="Times New Roman" w:hAnsi="Times New Roman" w:cs="Times New Roman"/>
          <w:sz w:val="24"/>
          <w:szCs w:val="24"/>
        </w:rPr>
        <w:sectPr w:rsidR="00EE53A3" w:rsidRPr="00EE53A3" w:rsidSect="00B22DA8">
          <w:pgSz w:w="12240" w:h="15840"/>
          <w:pgMar w:top="709" w:right="900" w:bottom="792" w:left="851" w:header="288" w:footer="288" w:gutter="0"/>
          <w:cols w:space="720"/>
          <w:docGrid w:linePitch="360"/>
        </w:sectPr>
      </w:pPr>
    </w:p>
    <w:p w14:paraId="4CB4EF51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E53A3">
        <w:rPr>
          <w:rFonts w:ascii="Times New Roman" w:hAnsi="Times New Roman" w:cs="Times New Roman"/>
          <w:b/>
          <w:sz w:val="24"/>
          <w:szCs w:val="24"/>
        </w:rPr>
        <w:t>Part A — Mild</w:t>
      </w:r>
    </w:p>
    <w:p w14:paraId="2BB8406C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A364BD" w14:textId="292005F0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x + 2</m:t>
        </m:r>
      </m:oMath>
    </w:p>
    <w:p w14:paraId="21AFEBBD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00B85AE0" w14:textId="63877C26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-x + 3</m:t>
        </m:r>
      </m:oMath>
    </w:p>
    <w:p w14:paraId="58FA9D58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4A1EF023" w14:textId="45C08CB6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-x – 3</m:t>
        </m:r>
      </m:oMath>
    </w:p>
    <w:p w14:paraId="72CD96B6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1FEF3BD1" w14:textId="2FCCD567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x – 4</m:t>
        </m:r>
      </m:oMath>
    </w:p>
    <w:p w14:paraId="55898077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37D6973E" w14:textId="63535200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x + 6</m:t>
        </m:r>
      </m:oMath>
    </w:p>
    <w:p w14:paraId="19CEA9E5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3E7508F4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E53A3">
        <w:rPr>
          <w:rFonts w:ascii="Times New Roman" w:hAnsi="Times New Roman" w:cs="Times New Roman"/>
          <w:b/>
          <w:sz w:val="24"/>
          <w:szCs w:val="24"/>
        </w:rPr>
        <w:t>Part B — Medium</w:t>
      </w:r>
    </w:p>
    <w:p w14:paraId="4EF6F082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10F13C" w14:textId="6AE00CE4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2x + 12</m:t>
        </m:r>
      </m:oMath>
    </w:p>
    <w:p w14:paraId="3E351D6E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1C5FA5E" w14:textId="6B814CB4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-3x + 30</m:t>
        </m:r>
      </m:oMath>
    </w:p>
    <w:p w14:paraId="028357C5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5322E3DB" w14:textId="330B4A2A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4x – 60</m:t>
        </m:r>
      </m:oMath>
    </w:p>
    <w:p w14:paraId="1A2AD1BF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C8C1E33" w14:textId="669314BB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-5x – 100</m:t>
        </m:r>
      </m:oMath>
    </w:p>
    <w:p w14:paraId="78DD99F0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266F7BF8" w14:textId="22FE598C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8x + 200</m:t>
        </m:r>
      </m:oMath>
    </w:p>
    <w:p w14:paraId="21781E7B" w14:textId="77777777" w:rsidR="002A6C5E" w:rsidRDefault="002A6C5E" w:rsidP="00B22DA8">
      <w:pPr>
        <w:rPr>
          <w:rFonts w:ascii="Times New Roman" w:hAnsi="Times New Roman" w:cs="Times New Roman"/>
          <w:sz w:val="24"/>
          <w:szCs w:val="24"/>
        </w:rPr>
      </w:pPr>
    </w:p>
    <w:p w14:paraId="6FA74409" w14:textId="77777777" w:rsid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3A0B1E0" w14:textId="77777777" w:rsid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5C5DC8B0" w14:textId="77777777" w:rsid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47694719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1DF3B33C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E53A3">
        <w:rPr>
          <w:rFonts w:ascii="Times New Roman" w:hAnsi="Times New Roman" w:cs="Times New Roman"/>
          <w:b/>
          <w:sz w:val="24"/>
          <w:szCs w:val="24"/>
        </w:rPr>
        <w:t>Part C — Spicy</w:t>
      </w:r>
    </w:p>
    <w:p w14:paraId="3E0D0DA9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B12517" w14:textId="793DB960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 xml:space="preserve">y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x + 6</m:t>
        </m:r>
      </m:oMath>
    </w:p>
    <w:p w14:paraId="2F4F6AEC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0BE8B315" w14:textId="6682D737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</w:rPr>
          <m:t>x + 6</m:t>
        </m:r>
      </m:oMath>
    </w:p>
    <w:p w14:paraId="1A854E1A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92AEA4B" w14:textId="24A5A7B2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 xml:space="preserve">y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</w:rPr>
          <m:t>x – 12</m:t>
        </m:r>
      </m:oMath>
    </w:p>
    <w:p w14:paraId="5D474036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E6B2BE3" w14:textId="680EE40E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25</m:t>
            </m:r>
          </m:den>
        </m:f>
        <m:r>
          <m:rPr>
            <m:sty m:val="p"/>
          </m:rPr>
          <w:rPr>
            <w:rFonts w:ascii="Cambria Math" w:hAnsi="Cambria Math"/>
          </w:rPr>
          <m:t>x – 12</m:t>
        </m:r>
      </m:oMath>
    </w:p>
    <w:p w14:paraId="0C2A8A1E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07FB25A" w14:textId="12526706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40</m:t>
            </m:r>
          </m:den>
        </m:f>
        <m:r>
          <m:rPr>
            <m:sty m:val="p"/>
          </m:rPr>
          <w:rPr>
            <w:rFonts w:ascii="Cambria Math" w:hAnsi="Cambria Math"/>
          </w:rPr>
          <m:t>x + 15</m:t>
        </m:r>
      </m:oMath>
    </w:p>
    <w:p w14:paraId="2B4CD16D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6DEA0F84" w14:textId="77777777" w:rsidR="00EE53A3" w:rsidRPr="00EE53A3" w:rsidRDefault="00EE53A3" w:rsidP="00B22DA8">
      <w:pPr>
        <w:spacing w:line="276" w:lineRule="auto"/>
        <w:ind w:left="709" w:hanging="567"/>
        <w:rPr>
          <w:rFonts w:ascii="Times New Roman" w:hAnsi="Times New Roman" w:cs="Times New Roman"/>
          <w:b/>
          <w:sz w:val="24"/>
          <w:szCs w:val="24"/>
        </w:rPr>
      </w:pPr>
      <w:r w:rsidRPr="00EE53A3">
        <w:rPr>
          <w:rFonts w:ascii="Times New Roman" w:hAnsi="Times New Roman" w:cs="Times New Roman"/>
          <w:b/>
          <w:sz w:val="24"/>
          <w:szCs w:val="24"/>
        </w:rPr>
        <w:t>Part D — Extra Spicy</w:t>
      </w:r>
    </w:p>
    <w:p w14:paraId="547710F1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F30B785" w14:textId="612245FA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10x + 15</m:t>
        </m:r>
      </m:oMath>
    </w:p>
    <w:p w14:paraId="213952F4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2AFD3898" w14:textId="53D2A7FC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-12x + 15</m:t>
        </m:r>
      </m:oMath>
    </w:p>
    <w:p w14:paraId="05277C7F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4F70D970" w14:textId="1604FC7C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 xml:space="preserve">y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x -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</w:p>
    <w:p w14:paraId="584A1A8A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37527CB3" w14:textId="1F4A9D6F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x -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</w:p>
    <w:p w14:paraId="0BC07759" w14:textId="77777777" w:rsidR="00EE53A3" w:rsidRPr="00EE53A3" w:rsidRDefault="00EE53A3" w:rsidP="00B22DA8">
      <w:pPr>
        <w:rPr>
          <w:rFonts w:ascii="Times New Roman" w:hAnsi="Times New Roman" w:cs="Times New Roman"/>
          <w:sz w:val="24"/>
          <w:szCs w:val="24"/>
        </w:rPr>
      </w:pPr>
    </w:p>
    <w:p w14:paraId="72869ECA" w14:textId="62E0EF7B" w:rsidR="00EE53A3" w:rsidRPr="00EE53A3" w:rsidRDefault="00EE53A3" w:rsidP="00B22DA8">
      <w:pPr>
        <w:pStyle w:val="ListParagraph"/>
      </w:pPr>
      <m:oMath>
        <m:r>
          <m:rPr>
            <m:sty m:val="p"/>
          </m:rPr>
          <w:rPr>
            <w:rFonts w:ascii="Cambria Math" w:hAnsi="Cambria Math"/>
          </w:rPr>
          <m:t>y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x +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125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</w:p>
    <w:p w14:paraId="3A992B72" w14:textId="77777777" w:rsidR="00EE53A3" w:rsidRPr="00EE53A3" w:rsidRDefault="00EE53A3" w:rsidP="00B22DA8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EE53A3" w:rsidRPr="00EE53A3" w:rsidSect="00B22DA8">
          <w:type w:val="continuous"/>
          <w:pgSz w:w="12240" w:h="15840"/>
          <w:pgMar w:top="806" w:right="900" w:bottom="792" w:left="851" w:header="288" w:footer="288" w:gutter="0"/>
          <w:cols w:num="2" w:space="720"/>
          <w:docGrid w:linePitch="360"/>
        </w:sectPr>
      </w:pPr>
    </w:p>
    <w:p w14:paraId="493D1772" w14:textId="77777777" w:rsidR="007A5661" w:rsidRPr="00EE53A3" w:rsidRDefault="007A5661" w:rsidP="00B22DA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A5661" w:rsidRPr="00EE53A3" w:rsidSect="00B22DA8">
      <w:type w:val="continuous"/>
      <w:pgSz w:w="12240" w:h="15840"/>
      <w:pgMar w:top="806" w:right="900" w:bottom="792" w:left="851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F85A0A"/>
    <w:multiLevelType w:val="hybridMultilevel"/>
    <w:tmpl w:val="0794FCA8"/>
    <w:lvl w:ilvl="0" w:tplc="7DC0BE1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8E0828"/>
    <w:multiLevelType w:val="hybridMultilevel"/>
    <w:tmpl w:val="163C7A2A"/>
    <w:lvl w:ilvl="0" w:tplc="7B60791C">
      <w:start w:val="1"/>
      <w:numFmt w:val="decimal"/>
      <w:lvlText w:val="%1."/>
      <w:lvlJc w:val="left"/>
      <w:pPr>
        <w:ind w:left="1138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63E1FB1"/>
    <w:multiLevelType w:val="hybridMultilevel"/>
    <w:tmpl w:val="6B10A938"/>
    <w:lvl w:ilvl="0" w:tplc="4982941C">
      <w:start w:val="1"/>
      <w:numFmt w:val="decimal"/>
      <w:pStyle w:val="ListParagraph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170CB"/>
    <w:multiLevelType w:val="hybridMultilevel"/>
    <w:tmpl w:val="CD829BF0"/>
    <w:lvl w:ilvl="0" w:tplc="3C9221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215C3F"/>
    <w:multiLevelType w:val="hybridMultilevel"/>
    <w:tmpl w:val="41E43B4E"/>
    <w:lvl w:ilvl="0" w:tplc="7DC0BE1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1C5DED"/>
    <w:multiLevelType w:val="hybridMultilevel"/>
    <w:tmpl w:val="2E8ABD24"/>
    <w:lvl w:ilvl="0" w:tplc="3C922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A22BEB"/>
    <w:multiLevelType w:val="hybridMultilevel"/>
    <w:tmpl w:val="3D2E72E0"/>
    <w:lvl w:ilvl="0" w:tplc="3C92213A">
      <w:start w:val="1"/>
      <w:numFmt w:val="decimal"/>
      <w:lvlText w:val="%1."/>
      <w:lvlJc w:val="left"/>
      <w:pPr>
        <w:ind w:left="113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98" w:hanging="360"/>
      </w:pPr>
    </w:lvl>
    <w:lvl w:ilvl="2" w:tplc="1009001B" w:tentative="1">
      <w:start w:val="1"/>
      <w:numFmt w:val="lowerRoman"/>
      <w:lvlText w:val="%3."/>
      <w:lvlJc w:val="right"/>
      <w:pPr>
        <w:ind w:left="2218" w:hanging="180"/>
      </w:pPr>
    </w:lvl>
    <w:lvl w:ilvl="3" w:tplc="1009000F" w:tentative="1">
      <w:start w:val="1"/>
      <w:numFmt w:val="decimal"/>
      <w:lvlText w:val="%4."/>
      <w:lvlJc w:val="left"/>
      <w:pPr>
        <w:ind w:left="2938" w:hanging="360"/>
      </w:pPr>
    </w:lvl>
    <w:lvl w:ilvl="4" w:tplc="10090019" w:tentative="1">
      <w:start w:val="1"/>
      <w:numFmt w:val="lowerLetter"/>
      <w:lvlText w:val="%5."/>
      <w:lvlJc w:val="left"/>
      <w:pPr>
        <w:ind w:left="3658" w:hanging="360"/>
      </w:pPr>
    </w:lvl>
    <w:lvl w:ilvl="5" w:tplc="1009001B" w:tentative="1">
      <w:start w:val="1"/>
      <w:numFmt w:val="lowerRoman"/>
      <w:lvlText w:val="%6."/>
      <w:lvlJc w:val="right"/>
      <w:pPr>
        <w:ind w:left="4378" w:hanging="180"/>
      </w:pPr>
    </w:lvl>
    <w:lvl w:ilvl="6" w:tplc="1009000F" w:tentative="1">
      <w:start w:val="1"/>
      <w:numFmt w:val="decimal"/>
      <w:lvlText w:val="%7."/>
      <w:lvlJc w:val="left"/>
      <w:pPr>
        <w:ind w:left="5098" w:hanging="360"/>
      </w:pPr>
    </w:lvl>
    <w:lvl w:ilvl="7" w:tplc="10090019" w:tentative="1">
      <w:start w:val="1"/>
      <w:numFmt w:val="lowerLetter"/>
      <w:lvlText w:val="%8."/>
      <w:lvlJc w:val="left"/>
      <w:pPr>
        <w:ind w:left="5818" w:hanging="360"/>
      </w:pPr>
    </w:lvl>
    <w:lvl w:ilvl="8" w:tplc="10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6" w15:restartNumberingAfterBreak="0">
    <w:nsid w:val="63F901DC"/>
    <w:multiLevelType w:val="hybridMultilevel"/>
    <w:tmpl w:val="02B07F70"/>
    <w:lvl w:ilvl="0" w:tplc="7DC0BE1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88F0F36"/>
    <w:multiLevelType w:val="hybridMultilevel"/>
    <w:tmpl w:val="960E186A"/>
    <w:lvl w:ilvl="0" w:tplc="7DC0BE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B4EC6"/>
    <w:multiLevelType w:val="hybridMultilevel"/>
    <w:tmpl w:val="897606BC"/>
    <w:lvl w:ilvl="0" w:tplc="7B60791C">
      <w:start w:val="1"/>
      <w:numFmt w:val="decimal"/>
      <w:lvlText w:val="%1."/>
      <w:lvlJc w:val="left"/>
      <w:pPr>
        <w:ind w:left="418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138" w:hanging="360"/>
      </w:pPr>
    </w:lvl>
    <w:lvl w:ilvl="2" w:tplc="1009001B" w:tentative="1">
      <w:start w:val="1"/>
      <w:numFmt w:val="lowerRoman"/>
      <w:lvlText w:val="%3."/>
      <w:lvlJc w:val="right"/>
      <w:pPr>
        <w:ind w:left="1858" w:hanging="180"/>
      </w:pPr>
    </w:lvl>
    <w:lvl w:ilvl="3" w:tplc="1009000F" w:tentative="1">
      <w:start w:val="1"/>
      <w:numFmt w:val="decimal"/>
      <w:lvlText w:val="%4."/>
      <w:lvlJc w:val="left"/>
      <w:pPr>
        <w:ind w:left="2578" w:hanging="360"/>
      </w:pPr>
    </w:lvl>
    <w:lvl w:ilvl="4" w:tplc="10090019" w:tentative="1">
      <w:start w:val="1"/>
      <w:numFmt w:val="lowerLetter"/>
      <w:lvlText w:val="%5."/>
      <w:lvlJc w:val="left"/>
      <w:pPr>
        <w:ind w:left="3298" w:hanging="360"/>
      </w:pPr>
    </w:lvl>
    <w:lvl w:ilvl="5" w:tplc="1009001B" w:tentative="1">
      <w:start w:val="1"/>
      <w:numFmt w:val="lowerRoman"/>
      <w:lvlText w:val="%6."/>
      <w:lvlJc w:val="right"/>
      <w:pPr>
        <w:ind w:left="4018" w:hanging="180"/>
      </w:pPr>
    </w:lvl>
    <w:lvl w:ilvl="6" w:tplc="1009000F" w:tentative="1">
      <w:start w:val="1"/>
      <w:numFmt w:val="decimal"/>
      <w:lvlText w:val="%7."/>
      <w:lvlJc w:val="left"/>
      <w:pPr>
        <w:ind w:left="4738" w:hanging="360"/>
      </w:pPr>
    </w:lvl>
    <w:lvl w:ilvl="7" w:tplc="10090019" w:tentative="1">
      <w:start w:val="1"/>
      <w:numFmt w:val="lowerLetter"/>
      <w:lvlText w:val="%8."/>
      <w:lvlJc w:val="left"/>
      <w:pPr>
        <w:ind w:left="5458" w:hanging="360"/>
      </w:pPr>
    </w:lvl>
    <w:lvl w:ilvl="8" w:tplc="1009001B" w:tentative="1">
      <w:start w:val="1"/>
      <w:numFmt w:val="lowerRoman"/>
      <w:lvlText w:val="%9."/>
      <w:lvlJc w:val="right"/>
      <w:pPr>
        <w:ind w:left="6178" w:hanging="180"/>
      </w:pPr>
    </w:lvl>
  </w:abstractNum>
  <w:num w:numId="1" w16cid:durableId="1750157867">
    <w:abstractNumId w:val="8"/>
  </w:num>
  <w:num w:numId="2" w16cid:durableId="8412313">
    <w:abstractNumId w:val="6"/>
  </w:num>
  <w:num w:numId="3" w16cid:durableId="869150439">
    <w:abstractNumId w:val="5"/>
  </w:num>
  <w:num w:numId="4" w16cid:durableId="884102553">
    <w:abstractNumId w:val="4"/>
  </w:num>
  <w:num w:numId="5" w16cid:durableId="2081175075">
    <w:abstractNumId w:val="7"/>
  </w:num>
  <w:num w:numId="6" w16cid:durableId="1332828274">
    <w:abstractNumId w:val="3"/>
  </w:num>
  <w:num w:numId="7" w16cid:durableId="398016693">
    <w:abstractNumId w:val="2"/>
  </w:num>
  <w:num w:numId="8" w16cid:durableId="98455088">
    <w:abstractNumId w:val="1"/>
  </w:num>
  <w:num w:numId="9" w16cid:durableId="1721905369">
    <w:abstractNumId w:val="0"/>
  </w:num>
  <w:num w:numId="10" w16cid:durableId="1407410160">
    <w:abstractNumId w:val="18"/>
  </w:num>
  <w:num w:numId="11" w16cid:durableId="1583444356">
    <w:abstractNumId w:val="10"/>
  </w:num>
  <w:num w:numId="12" w16cid:durableId="1150516149">
    <w:abstractNumId w:val="14"/>
  </w:num>
  <w:num w:numId="13" w16cid:durableId="1464621493">
    <w:abstractNumId w:val="15"/>
  </w:num>
  <w:num w:numId="14" w16cid:durableId="332992433">
    <w:abstractNumId w:val="12"/>
  </w:num>
  <w:num w:numId="15" w16cid:durableId="1302004460">
    <w:abstractNumId w:val="11"/>
  </w:num>
  <w:num w:numId="16" w16cid:durableId="1258051568">
    <w:abstractNumId w:val="17"/>
  </w:num>
  <w:num w:numId="17" w16cid:durableId="1316954647">
    <w:abstractNumId w:val="9"/>
  </w:num>
  <w:num w:numId="18" w16cid:durableId="619336066">
    <w:abstractNumId w:val="13"/>
  </w:num>
  <w:num w:numId="19" w16cid:durableId="6950800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6C5E"/>
    <w:rsid w:val="00326F90"/>
    <w:rsid w:val="00772783"/>
    <w:rsid w:val="007A5661"/>
    <w:rsid w:val="00AA1D8D"/>
    <w:rsid w:val="00B22DA8"/>
    <w:rsid w:val="00B47730"/>
    <w:rsid w:val="00CB0664"/>
    <w:rsid w:val="00EE53A3"/>
    <w:rsid w:val="00FC53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B3E01F"/>
  <w14:defaultImageDpi w14:val="300"/>
  <w15:docId w15:val="{EE9A9B13-9146-4CE9-BECD-C4DDF2F6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2" w:lineRule="auto"/>
    </w:pPr>
    <w:rPr>
      <w:rFonts w:ascii="Aptos" w:hAnsi="Aptos"/>
      <w:color w:val="232B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3A3"/>
    <w:pPr>
      <w:numPr>
        <w:numId w:val="15"/>
      </w:numPr>
      <w:ind w:left="709" w:hanging="567"/>
      <w:contextualSpacing/>
    </w:pPr>
    <w:rPr>
      <w:rFonts w:ascii="Times New Roman" w:hAnsi="Times New Roman" w:cs="Times New Roman"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ssonTitle">
    <w:name w:val="LessonTitle"/>
    <w:pPr>
      <w:spacing w:after="0"/>
    </w:pPr>
    <w:rPr>
      <w:rFonts w:ascii="Aptos" w:hAnsi="Aptos"/>
      <w:b/>
      <w:color w:val="1D2C3F"/>
      <w:sz w:val="32"/>
    </w:rPr>
  </w:style>
  <w:style w:type="paragraph" w:customStyle="1" w:styleId="SectionTitle">
    <w:name w:val="SectionTitle"/>
    <w:pPr>
      <w:spacing w:after="0"/>
    </w:pPr>
    <w:rPr>
      <w:rFonts w:ascii="Aptos" w:hAnsi="Aptos"/>
      <w:b/>
      <w:color w:val="1D354B"/>
    </w:rPr>
  </w:style>
  <w:style w:type="paragraph" w:customStyle="1" w:styleId="Instruction">
    <w:name w:val="Instruction"/>
    <w:pPr>
      <w:spacing w:after="0"/>
    </w:pPr>
    <w:rPr>
      <w:rFonts w:ascii="Aptos" w:hAnsi="Aptos"/>
      <w:color w:val="232B34"/>
      <w:sz w:val="18"/>
    </w:rPr>
  </w:style>
  <w:style w:type="paragraph" w:customStyle="1" w:styleId="SectionDescription">
    <w:name w:val="SectionDescription"/>
    <w:pPr>
      <w:spacing w:after="0"/>
    </w:pPr>
    <w:rPr>
      <w:rFonts w:ascii="Aptos" w:hAnsi="Aptos"/>
      <w:color w:val="50596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6 - Graphing Linear Equations Using Intercepts</vt:lpstr>
    </vt:vector>
  </TitlesOfParts>
  <Manager/>
  <Company/>
  <LinksUpToDate>false</LinksUpToDate>
  <CharactersWithSpaces>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6 - Graphing Linear Equations Using Intercepts</dc:title>
  <dc:subject>Student worksheet — graphing from intercepts with learner-selected axes and scales</dc:subject>
  <dc:creator/>
  <cp:keywords/>
  <dc:description>generated by python-docx</dc:description>
  <cp:lastModifiedBy>Darcy House</cp:lastModifiedBy>
  <cp:revision>3</cp:revision>
  <dcterms:created xsi:type="dcterms:W3CDTF">2013-12-23T23:15:00Z</dcterms:created>
  <dcterms:modified xsi:type="dcterms:W3CDTF">2026-10-08T04:43:00Z</dcterms:modified>
  <cp:category/>
</cp:coreProperties>
</file>