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9851" w14:textId="3856BEBA" w:rsidR="00182FF8" w:rsidRPr="00DF440C" w:rsidRDefault="00000000" w:rsidP="00545744">
      <w:pPr>
        <w:jc w:val="center"/>
        <w:rPr>
          <w:sz w:val="32"/>
          <w:szCs w:val="32"/>
        </w:rPr>
      </w:pPr>
      <w:r w:rsidRPr="00DF440C">
        <w:rPr>
          <w:sz w:val="32"/>
          <w:szCs w:val="32"/>
        </w:rPr>
        <w:t>Graphing Horizontal Projectile Motion</w:t>
      </w:r>
    </w:p>
    <w:p w14:paraId="2F6C434F" w14:textId="77777777" w:rsidR="004E2B94" w:rsidRDefault="004E2B94" w:rsidP="00545744"/>
    <w:p w14:paraId="75A8D0C1" w14:textId="4964AB9C" w:rsidR="00545744" w:rsidRDefault="00545744" w:rsidP="00545744">
      <w:pPr>
        <w:pStyle w:val="ListParagraph"/>
        <w:spacing w:before="0" w:after="0" w:line="276" w:lineRule="auto"/>
      </w:pPr>
      <w:r w:rsidRPr="00545744">
        <w:t>A ball leaves a cliff horizontally at 12.0 m/s and remains in the air for 3.00 s.</w:t>
      </w:r>
    </w:p>
    <w:p w14:paraId="6B2A1B42" w14:textId="77777777" w:rsidR="00545744" w:rsidRPr="00545744" w:rsidRDefault="00545744" w:rsidP="00545744">
      <w:pPr>
        <w:ind w:left="567" w:hanging="567"/>
      </w:pPr>
    </w:p>
    <w:p w14:paraId="685D5FD7" w14:textId="6C950002" w:rsidR="00545744" w:rsidRDefault="00545744" w:rsidP="00545744">
      <w:pPr>
        <w:pStyle w:val="ListParagraph"/>
        <w:numPr>
          <w:ilvl w:val="1"/>
          <w:numId w:val="20"/>
        </w:numPr>
        <w:spacing w:before="0" w:after="0" w:line="276" w:lineRule="auto"/>
        <w:ind w:left="709"/>
      </w:pPr>
      <w:r w:rsidRPr="00545744">
        <w:t xml:space="preserve">Calculate the horizontal and vertical displacements and velocities at each time shown. </w:t>
      </w:r>
    </w:p>
    <w:p w14:paraId="2670247E" w14:textId="77777777" w:rsidR="00545744" w:rsidRPr="00545744" w:rsidRDefault="00545744" w:rsidP="00545744">
      <w:pPr>
        <w:ind w:left="567" w:hanging="567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2074"/>
        <w:gridCol w:w="2074"/>
        <w:gridCol w:w="2131"/>
        <w:gridCol w:w="2131"/>
      </w:tblGrid>
      <w:tr w:rsidR="00545744" w:rsidRPr="00545744" w14:paraId="77EA6E42" w14:textId="77777777" w:rsidTr="00545744">
        <w:trPr>
          <w:trHeight w:val="392"/>
          <w:jc w:val="center"/>
        </w:trPr>
        <w:tc>
          <w:tcPr>
            <w:tcW w:w="1584" w:type="dxa"/>
            <w:shd w:val="clear" w:color="auto" w:fill="D9D9D9" w:themeFill="background1" w:themeFillShade="D9"/>
            <w:vAlign w:val="center"/>
          </w:tcPr>
          <w:p w14:paraId="6132B251" w14:textId="77777777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rPr>
                <w:b/>
              </w:rPr>
              <w:t>Time (s)</w:t>
            </w:r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70EFA6E3" w14:textId="6091E67A" w:rsidR="00545744" w:rsidRPr="006F551F" w:rsidRDefault="00CB4617" w:rsidP="006F551F">
            <w:pPr>
              <w:spacing w:line="276" w:lineRule="auto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t+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34E24E06" w14:textId="38AFDC39" w:rsidR="00545744" w:rsidRPr="006F551F" w:rsidRDefault="00CB4617" w:rsidP="006F551F">
            <w:pPr>
              <w:spacing w:line="276" w:lineRule="auto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+at</m:t>
                </m:r>
              </m:oMath>
            </m:oMathPara>
          </w:p>
        </w:tc>
        <w:tc>
          <w:tcPr>
            <w:tcW w:w="2131" w:type="dxa"/>
            <w:shd w:val="clear" w:color="auto" w:fill="D9D9D9" w:themeFill="background1" w:themeFillShade="D9"/>
            <w:vAlign w:val="center"/>
          </w:tcPr>
          <w:p w14:paraId="68D803E2" w14:textId="16C3C4A0" w:rsidR="00545744" w:rsidRPr="006F551F" w:rsidRDefault="00CB4617" w:rsidP="006F551F">
            <w:pPr>
              <w:spacing w:line="276" w:lineRule="auto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t+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131" w:type="dxa"/>
            <w:shd w:val="clear" w:color="auto" w:fill="D9D9D9" w:themeFill="background1" w:themeFillShade="D9"/>
            <w:vAlign w:val="center"/>
          </w:tcPr>
          <w:p w14:paraId="4219EEC9" w14:textId="0E370F7B" w:rsidR="00545744" w:rsidRPr="006F551F" w:rsidRDefault="00CB4617" w:rsidP="006F551F">
            <w:pPr>
              <w:spacing w:line="276" w:lineRule="auto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+at</m:t>
                </m:r>
              </m:oMath>
            </m:oMathPara>
          </w:p>
        </w:tc>
      </w:tr>
      <w:tr w:rsidR="00545744" w:rsidRPr="00545744" w14:paraId="7BFE996F" w14:textId="77777777" w:rsidTr="00545744">
        <w:trPr>
          <w:trHeight w:val="720"/>
          <w:jc w:val="center"/>
        </w:trPr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7794C0A0" w14:textId="2312CB46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t>0</w:t>
            </w:r>
            <w:r>
              <w:t xml:space="preserve"> s</w:t>
            </w:r>
          </w:p>
        </w:tc>
        <w:tc>
          <w:tcPr>
            <w:tcW w:w="2074" w:type="dxa"/>
            <w:vAlign w:val="center"/>
          </w:tcPr>
          <w:p w14:paraId="20AEB4A3" w14:textId="3DE4ABD1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t>0</w:t>
            </w:r>
            <w:r>
              <w:t xml:space="preserve"> m</w:t>
            </w:r>
          </w:p>
        </w:tc>
        <w:tc>
          <w:tcPr>
            <w:tcW w:w="2074" w:type="dxa"/>
            <w:vAlign w:val="center"/>
          </w:tcPr>
          <w:p w14:paraId="69548417" w14:textId="005A0EF1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t>12.0</w:t>
            </w:r>
            <w:r>
              <w:t xml:space="preserve"> m/s</w:t>
            </w:r>
            <w:r w:rsidRPr="00545744">
              <w:t xml:space="preserve"> </w:t>
            </w:r>
          </w:p>
        </w:tc>
        <w:tc>
          <w:tcPr>
            <w:tcW w:w="2131" w:type="dxa"/>
            <w:vAlign w:val="center"/>
          </w:tcPr>
          <w:p w14:paraId="6A5C4D01" w14:textId="19FBE17C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t>0</w:t>
            </w:r>
            <w:r>
              <w:t xml:space="preserve"> m</w:t>
            </w:r>
          </w:p>
        </w:tc>
        <w:tc>
          <w:tcPr>
            <w:tcW w:w="2131" w:type="dxa"/>
            <w:vAlign w:val="center"/>
          </w:tcPr>
          <w:p w14:paraId="720319B8" w14:textId="6AEADB7B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t>0</w:t>
            </w:r>
            <w:r>
              <w:t xml:space="preserve"> m/s</w:t>
            </w:r>
          </w:p>
        </w:tc>
      </w:tr>
      <w:tr w:rsidR="00545744" w:rsidRPr="00545744" w14:paraId="5795FADE" w14:textId="77777777" w:rsidTr="00545744">
        <w:trPr>
          <w:trHeight w:val="720"/>
          <w:jc w:val="center"/>
        </w:trPr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71511F3F" w14:textId="6AB48B93" w:rsidR="00545744" w:rsidRPr="00545744" w:rsidRDefault="00545744" w:rsidP="00545744">
            <w:pPr>
              <w:spacing w:line="276" w:lineRule="auto"/>
              <w:jc w:val="center"/>
            </w:pPr>
            <w:r>
              <w:t>1 s</w:t>
            </w:r>
          </w:p>
        </w:tc>
        <w:tc>
          <w:tcPr>
            <w:tcW w:w="2074" w:type="dxa"/>
            <w:vAlign w:val="center"/>
          </w:tcPr>
          <w:p w14:paraId="5028B1B1" w14:textId="77319F13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074" w:type="dxa"/>
            <w:vAlign w:val="center"/>
          </w:tcPr>
          <w:p w14:paraId="4435AC3E" w14:textId="45B0930A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131" w:type="dxa"/>
            <w:vAlign w:val="center"/>
          </w:tcPr>
          <w:p w14:paraId="5A1D914D" w14:textId="2205B948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131" w:type="dxa"/>
            <w:vAlign w:val="center"/>
          </w:tcPr>
          <w:p w14:paraId="3B5C1B74" w14:textId="50A1C00B" w:rsidR="00545744" w:rsidRPr="00545744" w:rsidRDefault="00545744" w:rsidP="00545744">
            <w:pPr>
              <w:spacing w:line="276" w:lineRule="auto"/>
              <w:jc w:val="center"/>
            </w:pPr>
          </w:p>
        </w:tc>
      </w:tr>
      <w:tr w:rsidR="00545744" w:rsidRPr="00545744" w14:paraId="7C5FA98C" w14:textId="77777777" w:rsidTr="00545744">
        <w:trPr>
          <w:trHeight w:val="720"/>
          <w:jc w:val="center"/>
        </w:trPr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2FC60CA9" w14:textId="326782CB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t>2</w:t>
            </w:r>
            <w:r>
              <w:t xml:space="preserve"> s</w:t>
            </w:r>
          </w:p>
        </w:tc>
        <w:tc>
          <w:tcPr>
            <w:tcW w:w="2074" w:type="dxa"/>
            <w:vAlign w:val="center"/>
          </w:tcPr>
          <w:p w14:paraId="5BE08C74" w14:textId="68514B5F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074" w:type="dxa"/>
            <w:vAlign w:val="center"/>
          </w:tcPr>
          <w:p w14:paraId="50792EE8" w14:textId="11C57280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131" w:type="dxa"/>
            <w:vAlign w:val="center"/>
          </w:tcPr>
          <w:p w14:paraId="54096248" w14:textId="5EC65D0F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131" w:type="dxa"/>
            <w:vAlign w:val="center"/>
          </w:tcPr>
          <w:p w14:paraId="070C427F" w14:textId="7AECEA01" w:rsidR="00545744" w:rsidRPr="00545744" w:rsidRDefault="00545744" w:rsidP="00545744">
            <w:pPr>
              <w:spacing w:line="276" w:lineRule="auto"/>
              <w:jc w:val="center"/>
            </w:pPr>
          </w:p>
        </w:tc>
      </w:tr>
      <w:tr w:rsidR="00545744" w:rsidRPr="00545744" w14:paraId="2D2CA349" w14:textId="77777777" w:rsidTr="00545744">
        <w:trPr>
          <w:trHeight w:val="720"/>
          <w:jc w:val="center"/>
        </w:trPr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7CF84E86" w14:textId="7B08B1C0" w:rsidR="00545744" w:rsidRPr="00545744" w:rsidRDefault="00545744" w:rsidP="00545744">
            <w:pPr>
              <w:spacing w:line="276" w:lineRule="auto"/>
              <w:jc w:val="center"/>
            </w:pPr>
            <w:r w:rsidRPr="00545744">
              <w:t>3</w:t>
            </w:r>
            <w:r>
              <w:t xml:space="preserve"> s</w:t>
            </w:r>
          </w:p>
        </w:tc>
        <w:tc>
          <w:tcPr>
            <w:tcW w:w="2074" w:type="dxa"/>
            <w:vAlign w:val="center"/>
          </w:tcPr>
          <w:p w14:paraId="5CE975D2" w14:textId="6DDA153B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074" w:type="dxa"/>
            <w:vAlign w:val="center"/>
          </w:tcPr>
          <w:p w14:paraId="0359DEF9" w14:textId="626D75C9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131" w:type="dxa"/>
            <w:vAlign w:val="center"/>
          </w:tcPr>
          <w:p w14:paraId="29CB963A" w14:textId="1C4C9BE1" w:rsidR="00545744" w:rsidRPr="00545744" w:rsidRDefault="00545744" w:rsidP="00545744">
            <w:pPr>
              <w:spacing w:line="276" w:lineRule="auto"/>
              <w:jc w:val="center"/>
            </w:pPr>
          </w:p>
        </w:tc>
        <w:tc>
          <w:tcPr>
            <w:tcW w:w="2131" w:type="dxa"/>
            <w:vAlign w:val="center"/>
          </w:tcPr>
          <w:p w14:paraId="024F0983" w14:textId="4204C3E1" w:rsidR="00545744" w:rsidRPr="00545744" w:rsidRDefault="00545744" w:rsidP="00545744">
            <w:pPr>
              <w:spacing w:line="276" w:lineRule="auto"/>
              <w:jc w:val="center"/>
            </w:pPr>
          </w:p>
        </w:tc>
      </w:tr>
    </w:tbl>
    <w:p w14:paraId="32D95B61" w14:textId="77777777" w:rsidR="00545744" w:rsidRPr="00545744" w:rsidRDefault="00545744" w:rsidP="00545744">
      <w:pPr>
        <w:rPr>
          <w:bCs w:val="0"/>
        </w:rPr>
      </w:pPr>
    </w:p>
    <w:p w14:paraId="0A8940D6" w14:textId="397B77BF" w:rsidR="00545744" w:rsidRPr="00545744" w:rsidRDefault="00545744" w:rsidP="00545744">
      <w:pPr>
        <w:pStyle w:val="ListParagraph"/>
        <w:numPr>
          <w:ilvl w:val="1"/>
          <w:numId w:val="20"/>
        </w:numPr>
        <w:spacing w:before="0" w:after="0" w:line="276" w:lineRule="auto"/>
        <w:ind w:left="709"/>
      </w:pPr>
      <w:r w:rsidRPr="00545744">
        <w:t>Plot all four relationships below. For each graph, choose a suitable vertical scale and plot your calculated points.</w:t>
      </w:r>
      <w:r>
        <w:t xml:space="preserve"> </w:t>
      </w:r>
      <w:r w:rsidRPr="00545744">
        <w:t xml:space="preserve">Stop each graph at impact. </w:t>
      </w:r>
    </w:p>
    <w:p w14:paraId="2480DFF2" w14:textId="4E88FD33" w:rsidR="00545744" w:rsidRPr="00545744" w:rsidRDefault="00545744" w:rsidP="00545744"/>
    <w:p w14:paraId="4413648C" w14:textId="11827555" w:rsidR="00545744" w:rsidRPr="00545744" w:rsidRDefault="00545744" w:rsidP="00545744">
      <w:r w:rsidRPr="00545744">
        <w:rPr>
          <w:noProof/>
        </w:rPr>
        <w:drawing>
          <wp:inline distT="0" distB="0" distL="0" distR="0" wp14:anchorId="56269D81" wp14:editId="6CE11228">
            <wp:extent cx="6645859" cy="4514764"/>
            <wp:effectExtent l="0" t="0" r="3175" b="635"/>
            <wp:docPr id="1" name="Picture 1" descr="The diagram illustrates the relationship between horizontal and vertical displacement and velocity over time, showing consistent horizontal velocity and changing vertical velocit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diagram illustrates the relationship between horizontal and vertical displacement and velocity over time, showing consistent horizontal velocity and changing vertical velocity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098" cy="452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5744">
        <w:br w:type="page"/>
      </w:r>
    </w:p>
    <w:p w14:paraId="5B9B30D6" w14:textId="4F7C8388" w:rsidR="00545744" w:rsidRPr="00545744" w:rsidRDefault="00545744" w:rsidP="00545744">
      <w:pPr>
        <w:pStyle w:val="ListParagraph"/>
        <w:spacing w:before="0" w:after="0" w:line="276" w:lineRule="auto"/>
      </w:pPr>
      <w:r w:rsidRPr="00545744">
        <w:lastRenderedPageBreak/>
        <w:t>Two balls are launched horizontally from the same height. Ball A travels at 10.0 m/s and Ball B at 20.0 m/s. Both are in the air for 3.00 s.</w:t>
      </w:r>
    </w:p>
    <w:p w14:paraId="6BAD6BEA" w14:textId="5CF45883" w:rsidR="00545744" w:rsidRPr="00545744" w:rsidRDefault="00545744" w:rsidP="00545744">
      <w:pPr>
        <w:pStyle w:val="ListParagraph"/>
        <w:numPr>
          <w:ilvl w:val="1"/>
          <w:numId w:val="22"/>
        </w:numPr>
        <w:spacing w:before="0" w:after="0" w:line="276" w:lineRule="auto"/>
        <w:ind w:left="709"/>
      </w:pPr>
      <w:r w:rsidRPr="00545744">
        <w:t>On the same axes, sketch horizontal displacement vs. time for both balls. Label each line.</w:t>
      </w:r>
    </w:p>
    <w:p w14:paraId="7711D89B" w14:textId="11B56A97" w:rsidR="00545744" w:rsidRPr="00545744" w:rsidRDefault="00545744" w:rsidP="00545744">
      <w:pPr>
        <w:pStyle w:val="ListParagraph"/>
        <w:numPr>
          <w:ilvl w:val="1"/>
          <w:numId w:val="22"/>
        </w:numPr>
        <w:spacing w:before="0" w:after="0" w:line="276" w:lineRule="auto"/>
        <w:ind w:left="709"/>
      </w:pPr>
      <w:r w:rsidRPr="00545744">
        <w:t xml:space="preserve">Which ball has </w:t>
      </w:r>
      <w:proofErr w:type="gramStart"/>
      <w:r w:rsidRPr="00545744">
        <w:t>the</w:t>
      </w:r>
      <w:proofErr w:type="gramEnd"/>
      <w:r w:rsidRPr="00545744">
        <w:t xml:space="preserve"> steeper graph? Explain what its slope represents.</w:t>
      </w:r>
    </w:p>
    <w:p w14:paraId="02AFA208" w14:textId="1BBD3E16" w:rsidR="00545744" w:rsidRPr="00545744" w:rsidRDefault="00545744" w:rsidP="00545744">
      <w:pPr>
        <w:pStyle w:val="ListParagraph"/>
        <w:numPr>
          <w:ilvl w:val="1"/>
          <w:numId w:val="22"/>
        </w:numPr>
        <w:spacing w:before="0" w:after="0" w:line="276" w:lineRule="auto"/>
        <w:ind w:left="709"/>
      </w:pPr>
      <w:r w:rsidRPr="00545744">
        <w:t>Would their vertical displacement–time graphs be identical or different? Explain.</w:t>
      </w:r>
    </w:p>
    <w:p w14:paraId="75DABE46" w14:textId="77777777" w:rsidR="00545744" w:rsidRPr="00545744" w:rsidRDefault="00545744" w:rsidP="00545744">
      <w:pPr>
        <w:rPr>
          <w:bCs w:val="0"/>
        </w:rPr>
      </w:pPr>
    </w:p>
    <w:p w14:paraId="22CF4CA9" w14:textId="2695719B" w:rsidR="00545744" w:rsidRPr="00545744" w:rsidRDefault="00545744" w:rsidP="00545744">
      <w:pPr>
        <w:pStyle w:val="ListParagraph"/>
        <w:spacing w:before="0" w:after="0" w:line="276" w:lineRule="auto"/>
      </w:pPr>
      <w:r w:rsidRPr="00545744">
        <w:t>Two balls leave different heights with the same horizontal launch speed. Ball A is airborne for 2.00 s; Ball B is airborne for 4.00 s.</w:t>
      </w:r>
    </w:p>
    <w:p w14:paraId="05BCA473" w14:textId="4F3A1415" w:rsidR="00545744" w:rsidRPr="00545744" w:rsidRDefault="00545744" w:rsidP="00545744">
      <w:pPr>
        <w:pStyle w:val="ListParagraph"/>
        <w:numPr>
          <w:ilvl w:val="1"/>
          <w:numId w:val="23"/>
        </w:numPr>
        <w:spacing w:before="0" w:after="0" w:line="276" w:lineRule="auto"/>
        <w:ind w:left="709"/>
      </w:pPr>
      <w:r w:rsidRPr="00545744">
        <w:t>On the same axes, sketch vertical velocity vs. time for both balls. Label where each graph ends.</w:t>
      </w:r>
    </w:p>
    <w:p w14:paraId="30FD73F8" w14:textId="028F2637" w:rsidR="00545744" w:rsidRDefault="00545744" w:rsidP="00545744">
      <w:pPr>
        <w:pStyle w:val="ListParagraph"/>
        <w:numPr>
          <w:ilvl w:val="1"/>
          <w:numId w:val="23"/>
        </w:numPr>
        <w:spacing w:before="0" w:after="0" w:line="276" w:lineRule="auto"/>
        <w:ind w:left="709"/>
      </w:pPr>
      <w:r w:rsidRPr="00545744">
        <w:t>Explain why the graphs have the same slope but end at different times.</w:t>
      </w:r>
    </w:p>
    <w:p w14:paraId="3E985B1E" w14:textId="77777777" w:rsidR="00545744" w:rsidRPr="00545744" w:rsidRDefault="00545744" w:rsidP="00545744"/>
    <w:p w14:paraId="7FB86CE9" w14:textId="77777777" w:rsidR="00545744" w:rsidRDefault="00545744" w:rsidP="00545744">
      <w:pPr>
        <w:rPr>
          <w:b/>
        </w:rPr>
      </w:pPr>
      <w:r w:rsidRPr="00545744">
        <w:rPr>
          <w:b/>
        </w:rPr>
        <w:t xml:space="preserve">Graph-reading reminder: </w:t>
      </w:r>
    </w:p>
    <w:p w14:paraId="1DEB0CC9" w14:textId="5095950A" w:rsidR="00545744" w:rsidRDefault="00545744" w:rsidP="00545744">
      <w:pPr>
        <w:jc w:val="center"/>
      </w:pPr>
      <w:r w:rsidRPr="00545744">
        <w:t>The slope of a velocity–time graph gives acceleration.</w:t>
      </w:r>
    </w:p>
    <w:p w14:paraId="492A3637" w14:textId="5D563E01" w:rsidR="00545744" w:rsidRDefault="00545744" w:rsidP="00545744">
      <w:pPr>
        <w:jc w:val="center"/>
      </w:pPr>
      <w:r w:rsidRPr="00545744">
        <w:t>The area under a velocity–time graph gives displacement.</w:t>
      </w:r>
    </w:p>
    <w:p w14:paraId="3216704C" w14:textId="77777777" w:rsidR="00545744" w:rsidRPr="00545744" w:rsidRDefault="00545744" w:rsidP="00545744"/>
    <w:p w14:paraId="736EAA81" w14:textId="1BB69FE0" w:rsidR="00545744" w:rsidRDefault="00545744" w:rsidP="00545744">
      <w:pPr>
        <w:pStyle w:val="ListParagraph"/>
        <w:spacing w:before="0" w:after="0" w:line="276" w:lineRule="auto"/>
      </w:pPr>
      <w:r w:rsidRPr="00545744">
        <w:t>The graphs below show the horizontal and vertical velocities of a projectile from launch to impact.</w:t>
      </w:r>
    </w:p>
    <w:p w14:paraId="12B9E6C3" w14:textId="77777777" w:rsidR="00545744" w:rsidRPr="00545744" w:rsidRDefault="00545744" w:rsidP="00545744"/>
    <w:p w14:paraId="778FFE7C" w14:textId="77777777" w:rsidR="00545744" w:rsidRDefault="00545744" w:rsidP="00545744">
      <w:r w:rsidRPr="00545744">
        <w:rPr>
          <w:noProof/>
        </w:rPr>
        <w:drawing>
          <wp:inline distT="0" distB="0" distL="0" distR="0" wp14:anchorId="082B6BF1" wp14:editId="507F8173">
            <wp:extent cx="6217920" cy="2253996"/>
            <wp:effectExtent l="0" t="0" r="0" b="0"/>
            <wp:docPr id="2" name="Picture 2" descr="The diagram depicts a graph comparing horizontal (Vx) and vertical (Vy) velocities of an object over time, with the vertical velocity decreasing as it goes downwar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he diagram depicts a graph comparing horizontal (Vx) and vertical (Vy) velocities of an object over time, with the vertical velocity decreasing as it goes downward.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25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12DAF" w14:textId="77777777" w:rsidR="00545744" w:rsidRPr="00545744" w:rsidRDefault="00545744" w:rsidP="00545744"/>
    <w:p w14:paraId="6A22E357" w14:textId="0DDB755D" w:rsidR="00545744" w:rsidRDefault="00545744" w:rsidP="00545744">
      <w:pPr>
        <w:pStyle w:val="ListParagraph"/>
        <w:numPr>
          <w:ilvl w:val="1"/>
          <w:numId w:val="24"/>
        </w:numPr>
        <w:spacing w:before="0" w:after="0" w:line="276" w:lineRule="auto"/>
        <w:ind w:left="709"/>
      </w:pPr>
      <w:r w:rsidRPr="00545744">
        <w:t>Determine the horizontal launch velocity.</w:t>
      </w:r>
    </w:p>
    <w:p w14:paraId="57786A07" w14:textId="6AAEF582" w:rsidR="00545744" w:rsidRDefault="00545744" w:rsidP="00545744">
      <w:pPr>
        <w:pStyle w:val="ListParagraph"/>
        <w:numPr>
          <w:ilvl w:val="1"/>
          <w:numId w:val="24"/>
        </w:numPr>
        <w:spacing w:before="0" w:after="0" w:line="276" w:lineRule="auto"/>
        <w:ind w:left="709"/>
      </w:pPr>
      <w:r w:rsidRPr="00545744">
        <w:t>Determine how long the projectile is in the air.</w:t>
      </w:r>
    </w:p>
    <w:p w14:paraId="41887E30" w14:textId="40BA3BF1" w:rsidR="00545744" w:rsidRDefault="00545744" w:rsidP="00545744">
      <w:pPr>
        <w:pStyle w:val="ListParagraph"/>
        <w:numPr>
          <w:ilvl w:val="1"/>
          <w:numId w:val="24"/>
        </w:numPr>
        <w:spacing w:before="0" w:after="0" w:line="276" w:lineRule="auto"/>
        <w:ind w:left="709"/>
      </w:pPr>
      <w:r w:rsidRPr="00545744">
        <w:t>Calculate the vertical acceleration from the slope of the vertical velocity graph.</w:t>
      </w:r>
    </w:p>
    <w:p w14:paraId="2C5DC3A4" w14:textId="0D2CCACE" w:rsidR="00545744" w:rsidRDefault="00545744" w:rsidP="00545744">
      <w:pPr>
        <w:pStyle w:val="ListParagraph"/>
        <w:numPr>
          <w:ilvl w:val="1"/>
          <w:numId w:val="24"/>
        </w:numPr>
        <w:spacing w:before="0" w:after="0" w:line="276" w:lineRule="auto"/>
        <w:ind w:left="709"/>
      </w:pPr>
      <w:r w:rsidRPr="00545744">
        <w:t>Determine the horizontal displacement from the area under the horizontal velocity graph.</w:t>
      </w:r>
    </w:p>
    <w:p w14:paraId="24273A01" w14:textId="09AC632E" w:rsidR="00545744" w:rsidRDefault="00545744" w:rsidP="00545744">
      <w:pPr>
        <w:pStyle w:val="ListParagraph"/>
        <w:numPr>
          <w:ilvl w:val="1"/>
          <w:numId w:val="24"/>
        </w:numPr>
        <w:spacing w:before="0" w:after="0" w:line="276" w:lineRule="auto"/>
        <w:ind w:left="709"/>
      </w:pPr>
      <w:r w:rsidRPr="00545744">
        <w:t>Determine the vertical distance fallen from the area under the vertical velocity graph.</w:t>
      </w:r>
    </w:p>
    <w:p w14:paraId="0FE90086" w14:textId="31C2A69E" w:rsidR="00545744" w:rsidRPr="00545744" w:rsidRDefault="00545744" w:rsidP="00545744">
      <w:pPr>
        <w:pStyle w:val="ListParagraph"/>
        <w:numPr>
          <w:ilvl w:val="1"/>
          <w:numId w:val="24"/>
        </w:numPr>
        <w:spacing w:before="0" w:after="0" w:line="276" w:lineRule="auto"/>
        <w:ind w:left="709"/>
      </w:pPr>
      <w:r w:rsidRPr="00545744">
        <w:t>Sketch horizontal acceleration vs. time and vertical acceleration vs. time.</w:t>
      </w:r>
    </w:p>
    <w:p w14:paraId="53EC0468" w14:textId="77777777" w:rsidR="00DF440C" w:rsidRPr="00DF440C" w:rsidRDefault="00DF440C" w:rsidP="00545744"/>
    <w:sectPr w:rsidR="00DF440C" w:rsidRPr="00DF440C" w:rsidSect="00545744">
      <w:pgSz w:w="12240" w:h="15840"/>
      <w:pgMar w:top="709" w:right="900" w:bottom="835" w:left="851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4F89E" w14:textId="77777777" w:rsidR="00EA32B9" w:rsidRDefault="00EA32B9" w:rsidP="00DF440C">
      <w:r>
        <w:separator/>
      </w:r>
    </w:p>
  </w:endnote>
  <w:endnote w:type="continuationSeparator" w:id="0">
    <w:p w14:paraId="51A4908E" w14:textId="77777777" w:rsidR="00EA32B9" w:rsidRDefault="00EA32B9" w:rsidP="00DF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0994C" w14:textId="77777777" w:rsidR="00EA32B9" w:rsidRDefault="00EA32B9" w:rsidP="00DF440C">
      <w:r>
        <w:separator/>
      </w:r>
    </w:p>
  </w:footnote>
  <w:footnote w:type="continuationSeparator" w:id="0">
    <w:p w14:paraId="5CDD237E" w14:textId="77777777" w:rsidR="00EA32B9" w:rsidRDefault="00EA32B9" w:rsidP="00DF4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A468AF"/>
    <w:multiLevelType w:val="hybridMultilevel"/>
    <w:tmpl w:val="37AC3AB8"/>
    <w:lvl w:ilvl="0" w:tplc="2F5A07E0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A52AA9EE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693D2B"/>
    <w:multiLevelType w:val="hybridMultilevel"/>
    <w:tmpl w:val="99049410"/>
    <w:lvl w:ilvl="0" w:tplc="10090019">
      <w:start w:val="1"/>
      <w:numFmt w:val="lowerLetter"/>
      <w:lvlText w:val="%1."/>
      <w:lvlJc w:val="left"/>
      <w:pPr>
        <w:ind w:left="850" w:hanging="360"/>
      </w:pPr>
    </w:lvl>
    <w:lvl w:ilvl="1" w:tplc="10090019" w:tentative="1">
      <w:start w:val="1"/>
      <w:numFmt w:val="lowerLetter"/>
      <w:lvlText w:val="%2."/>
      <w:lvlJc w:val="left"/>
      <w:pPr>
        <w:ind w:left="1570" w:hanging="360"/>
      </w:pPr>
    </w:lvl>
    <w:lvl w:ilvl="2" w:tplc="1009001B" w:tentative="1">
      <w:start w:val="1"/>
      <w:numFmt w:val="lowerRoman"/>
      <w:lvlText w:val="%3."/>
      <w:lvlJc w:val="right"/>
      <w:pPr>
        <w:ind w:left="2290" w:hanging="180"/>
      </w:pPr>
    </w:lvl>
    <w:lvl w:ilvl="3" w:tplc="1009000F" w:tentative="1">
      <w:start w:val="1"/>
      <w:numFmt w:val="decimal"/>
      <w:lvlText w:val="%4."/>
      <w:lvlJc w:val="left"/>
      <w:pPr>
        <w:ind w:left="3010" w:hanging="360"/>
      </w:pPr>
    </w:lvl>
    <w:lvl w:ilvl="4" w:tplc="10090019" w:tentative="1">
      <w:start w:val="1"/>
      <w:numFmt w:val="lowerLetter"/>
      <w:lvlText w:val="%5."/>
      <w:lvlJc w:val="left"/>
      <w:pPr>
        <w:ind w:left="3730" w:hanging="360"/>
      </w:pPr>
    </w:lvl>
    <w:lvl w:ilvl="5" w:tplc="1009001B" w:tentative="1">
      <w:start w:val="1"/>
      <w:numFmt w:val="lowerRoman"/>
      <w:lvlText w:val="%6."/>
      <w:lvlJc w:val="right"/>
      <w:pPr>
        <w:ind w:left="4450" w:hanging="180"/>
      </w:pPr>
    </w:lvl>
    <w:lvl w:ilvl="6" w:tplc="1009000F" w:tentative="1">
      <w:start w:val="1"/>
      <w:numFmt w:val="decimal"/>
      <w:lvlText w:val="%7."/>
      <w:lvlJc w:val="left"/>
      <w:pPr>
        <w:ind w:left="5170" w:hanging="360"/>
      </w:pPr>
    </w:lvl>
    <w:lvl w:ilvl="7" w:tplc="10090019" w:tentative="1">
      <w:start w:val="1"/>
      <w:numFmt w:val="lowerLetter"/>
      <w:lvlText w:val="%8."/>
      <w:lvlJc w:val="left"/>
      <w:pPr>
        <w:ind w:left="5890" w:hanging="360"/>
      </w:pPr>
    </w:lvl>
    <w:lvl w:ilvl="8" w:tplc="10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1" w15:restartNumberingAfterBreak="0">
    <w:nsid w:val="1E4B6895"/>
    <w:multiLevelType w:val="hybridMultilevel"/>
    <w:tmpl w:val="7F2079AC"/>
    <w:lvl w:ilvl="0" w:tplc="7AF0AF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93C21"/>
    <w:multiLevelType w:val="hybridMultilevel"/>
    <w:tmpl w:val="0D8C0B6A"/>
    <w:lvl w:ilvl="0" w:tplc="10090019">
      <w:start w:val="1"/>
      <w:numFmt w:val="lowerLetter"/>
      <w:lvlText w:val="%1."/>
      <w:lvlJc w:val="left"/>
      <w:pPr>
        <w:ind w:left="850" w:hanging="360"/>
      </w:pPr>
    </w:lvl>
    <w:lvl w:ilvl="1" w:tplc="10090019" w:tentative="1">
      <w:start w:val="1"/>
      <w:numFmt w:val="lowerLetter"/>
      <w:lvlText w:val="%2."/>
      <w:lvlJc w:val="left"/>
      <w:pPr>
        <w:ind w:left="1570" w:hanging="360"/>
      </w:pPr>
    </w:lvl>
    <w:lvl w:ilvl="2" w:tplc="1009001B" w:tentative="1">
      <w:start w:val="1"/>
      <w:numFmt w:val="lowerRoman"/>
      <w:lvlText w:val="%3."/>
      <w:lvlJc w:val="right"/>
      <w:pPr>
        <w:ind w:left="2290" w:hanging="180"/>
      </w:pPr>
    </w:lvl>
    <w:lvl w:ilvl="3" w:tplc="1009000F" w:tentative="1">
      <w:start w:val="1"/>
      <w:numFmt w:val="decimal"/>
      <w:lvlText w:val="%4."/>
      <w:lvlJc w:val="left"/>
      <w:pPr>
        <w:ind w:left="3010" w:hanging="360"/>
      </w:pPr>
    </w:lvl>
    <w:lvl w:ilvl="4" w:tplc="10090019" w:tentative="1">
      <w:start w:val="1"/>
      <w:numFmt w:val="lowerLetter"/>
      <w:lvlText w:val="%5."/>
      <w:lvlJc w:val="left"/>
      <w:pPr>
        <w:ind w:left="3730" w:hanging="360"/>
      </w:pPr>
    </w:lvl>
    <w:lvl w:ilvl="5" w:tplc="1009001B" w:tentative="1">
      <w:start w:val="1"/>
      <w:numFmt w:val="lowerRoman"/>
      <w:lvlText w:val="%6."/>
      <w:lvlJc w:val="right"/>
      <w:pPr>
        <w:ind w:left="4450" w:hanging="180"/>
      </w:pPr>
    </w:lvl>
    <w:lvl w:ilvl="6" w:tplc="1009000F" w:tentative="1">
      <w:start w:val="1"/>
      <w:numFmt w:val="decimal"/>
      <w:lvlText w:val="%7."/>
      <w:lvlJc w:val="left"/>
      <w:pPr>
        <w:ind w:left="5170" w:hanging="360"/>
      </w:pPr>
    </w:lvl>
    <w:lvl w:ilvl="7" w:tplc="10090019" w:tentative="1">
      <w:start w:val="1"/>
      <w:numFmt w:val="lowerLetter"/>
      <w:lvlText w:val="%8."/>
      <w:lvlJc w:val="left"/>
      <w:pPr>
        <w:ind w:left="5890" w:hanging="360"/>
      </w:pPr>
    </w:lvl>
    <w:lvl w:ilvl="8" w:tplc="10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261B0160"/>
    <w:multiLevelType w:val="hybridMultilevel"/>
    <w:tmpl w:val="B798F3CC"/>
    <w:lvl w:ilvl="0" w:tplc="10090019">
      <w:start w:val="1"/>
      <w:numFmt w:val="lowerLetter"/>
      <w:lvlText w:val="%1."/>
      <w:lvlJc w:val="left"/>
      <w:pPr>
        <w:ind w:left="850" w:hanging="360"/>
      </w:pPr>
    </w:lvl>
    <w:lvl w:ilvl="1" w:tplc="10090019" w:tentative="1">
      <w:start w:val="1"/>
      <w:numFmt w:val="lowerLetter"/>
      <w:lvlText w:val="%2."/>
      <w:lvlJc w:val="left"/>
      <w:pPr>
        <w:ind w:left="1570" w:hanging="360"/>
      </w:pPr>
    </w:lvl>
    <w:lvl w:ilvl="2" w:tplc="1009001B" w:tentative="1">
      <w:start w:val="1"/>
      <w:numFmt w:val="lowerRoman"/>
      <w:lvlText w:val="%3."/>
      <w:lvlJc w:val="right"/>
      <w:pPr>
        <w:ind w:left="2290" w:hanging="180"/>
      </w:pPr>
    </w:lvl>
    <w:lvl w:ilvl="3" w:tplc="1009000F" w:tentative="1">
      <w:start w:val="1"/>
      <w:numFmt w:val="decimal"/>
      <w:lvlText w:val="%4."/>
      <w:lvlJc w:val="left"/>
      <w:pPr>
        <w:ind w:left="3010" w:hanging="360"/>
      </w:pPr>
    </w:lvl>
    <w:lvl w:ilvl="4" w:tplc="10090019" w:tentative="1">
      <w:start w:val="1"/>
      <w:numFmt w:val="lowerLetter"/>
      <w:lvlText w:val="%5."/>
      <w:lvlJc w:val="left"/>
      <w:pPr>
        <w:ind w:left="3730" w:hanging="360"/>
      </w:pPr>
    </w:lvl>
    <w:lvl w:ilvl="5" w:tplc="1009001B" w:tentative="1">
      <w:start w:val="1"/>
      <w:numFmt w:val="lowerRoman"/>
      <w:lvlText w:val="%6."/>
      <w:lvlJc w:val="right"/>
      <w:pPr>
        <w:ind w:left="4450" w:hanging="180"/>
      </w:pPr>
    </w:lvl>
    <w:lvl w:ilvl="6" w:tplc="1009000F" w:tentative="1">
      <w:start w:val="1"/>
      <w:numFmt w:val="decimal"/>
      <w:lvlText w:val="%7."/>
      <w:lvlJc w:val="left"/>
      <w:pPr>
        <w:ind w:left="5170" w:hanging="360"/>
      </w:pPr>
    </w:lvl>
    <w:lvl w:ilvl="7" w:tplc="10090019" w:tentative="1">
      <w:start w:val="1"/>
      <w:numFmt w:val="lowerLetter"/>
      <w:lvlText w:val="%8."/>
      <w:lvlJc w:val="left"/>
      <w:pPr>
        <w:ind w:left="5890" w:hanging="360"/>
      </w:pPr>
    </w:lvl>
    <w:lvl w:ilvl="8" w:tplc="10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2CD94AA7"/>
    <w:multiLevelType w:val="hybridMultilevel"/>
    <w:tmpl w:val="D1BE14EC"/>
    <w:lvl w:ilvl="0" w:tplc="88186750">
      <w:start w:val="1"/>
      <w:numFmt w:val="lowerLetter"/>
      <w:lvlText w:val="%1)"/>
      <w:lvlJc w:val="left"/>
      <w:pPr>
        <w:ind w:left="49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210" w:hanging="360"/>
      </w:pPr>
    </w:lvl>
    <w:lvl w:ilvl="2" w:tplc="1009001B" w:tentative="1">
      <w:start w:val="1"/>
      <w:numFmt w:val="lowerRoman"/>
      <w:lvlText w:val="%3."/>
      <w:lvlJc w:val="right"/>
      <w:pPr>
        <w:ind w:left="1930" w:hanging="180"/>
      </w:pPr>
    </w:lvl>
    <w:lvl w:ilvl="3" w:tplc="1009000F" w:tentative="1">
      <w:start w:val="1"/>
      <w:numFmt w:val="decimal"/>
      <w:lvlText w:val="%4."/>
      <w:lvlJc w:val="left"/>
      <w:pPr>
        <w:ind w:left="2650" w:hanging="360"/>
      </w:pPr>
    </w:lvl>
    <w:lvl w:ilvl="4" w:tplc="10090019" w:tentative="1">
      <w:start w:val="1"/>
      <w:numFmt w:val="lowerLetter"/>
      <w:lvlText w:val="%5."/>
      <w:lvlJc w:val="left"/>
      <w:pPr>
        <w:ind w:left="3370" w:hanging="360"/>
      </w:pPr>
    </w:lvl>
    <w:lvl w:ilvl="5" w:tplc="1009001B" w:tentative="1">
      <w:start w:val="1"/>
      <w:numFmt w:val="lowerRoman"/>
      <w:lvlText w:val="%6."/>
      <w:lvlJc w:val="right"/>
      <w:pPr>
        <w:ind w:left="4090" w:hanging="180"/>
      </w:pPr>
    </w:lvl>
    <w:lvl w:ilvl="6" w:tplc="1009000F" w:tentative="1">
      <w:start w:val="1"/>
      <w:numFmt w:val="decimal"/>
      <w:lvlText w:val="%7."/>
      <w:lvlJc w:val="left"/>
      <w:pPr>
        <w:ind w:left="4810" w:hanging="360"/>
      </w:pPr>
    </w:lvl>
    <w:lvl w:ilvl="7" w:tplc="10090019" w:tentative="1">
      <w:start w:val="1"/>
      <w:numFmt w:val="lowerLetter"/>
      <w:lvlText w:val="%8."/>
      <w:lvlJc w:val="left"/>
      <w:pPr>
        <w:ind w:left="5530" w:hanging="360"/>
      </w:pPr>
    </w:lvl>
    <w:lvl w:ilvl="8" w:tplc="10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5" w15:restartNumberingAfterBreak="0">
    <w:nsid w:val="2F5D332A"/>
    <w:multiLevelType w:val="hybridMultilevel"/>
    <w:tmpl w:val="3E4074E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BD2453"/>
    <w:multiLevelType w:val="hybridMultilevel"/>
    <w:tmpl w:val="56C4F55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6F2B68"/>
    <w:multiLevelType w:val="hybridMultilevel"/>
    <w:tmpl w:val="BEBA597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9154D"/>
    <w:multiLevelType w:val="hybridMultilevel"/>
    <w:tmpl w:val="ACDCEA8E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576D7"/>
    <w:multiLevelType w:val="hybridMultilevel"/>
    <w:tmpl w:val="C3564E52"/>
    <w:lvl w:ilvl="0" w:tplc="10090019">
      <w:start w:val="1"/>
      <w:numFmt w:val="lowerLetter"/>
      <w:lvlText w:val="%1."/>
      <w:lvlJc w:val="left"/>
      <w:pPr>
        <w:ind w:left="1352" w:hanging="360"/>
      </w:pPr>
    </w:lvl>
    <w:lvl w:ilvl="1" w:tplc="10090019">
      <w:start w:val="1"/>
      <w:numFmt w:val="lowerLetter"/>
      <w:lvlText w:val="%2."/>
      <w:lvlJc w:val="left"/>
      <w:pPr>
        <w:ind w:left="2072" w:hanging="360"/>
      </w:pPr>
    </w:lvl>
    <w:lvl w:ilvl="2" w:tplc="1009001B" w:tentative="1">
      <w:start w:val="1"/>
      <w:numFmt w:val="lowerRoman"/>
      <w:lvlText w:val="%3."/>
      <w:lvlJc w:val="right"/>
      <w:pPr>
        <w:ind w:left="2792" w:hanging="180"/>
      </w:pPr>
    </w:lvl>
    <w:lvl w:ilvl="3" w:tplc="1009000F" w:tentative="1">
      <w:start w:val="1"/>
      <w:numFmt w:val="decimal"/>
      <w:lvlText w:val="%4."/>
      <w:lvlJc w:val="left"/>
      <w:pPr>
        <w:ind w:left="3512" w:hanging="360"/>
      </w:pPr>
    </w:lvl>
    <w:lvl w:ilvl="4" w:tplc="10090019" w:tentative="1">
      <w:start w:val="1"/>
      <w:numFmt w:val="lowerLetter"/>
      <w:lvlText w:val="%5."/>
      <w:lvlJc w:val="left"/>
      <w:pPr>
        <w:ind w:left="4232" w:hanging="360"/>
      </w:pPr>
    </w:lvl>
    <w:lvl w:ilvl="5" w:tplc="1009001B" w:tentative="1">
      <w:start w:val="1"/>
      <w:numFmt w:val="lowerRoman"/>
      <w:lvlText w:val="%6."/>
      <w:lvlJc w:val="right"/>
      <w:pPr>
        <w:ind w:left="4952" w:hanging="180"/>
      </w:pPr>
    </w:lvl>
    <w:lvl w:ilvl="6" w:tplc="1009000F" w:tentative="1">
      <w:start w:val="1"/>
      <w:numFmt w:val="decimal"/>
      <w:lvlText w:val="%7."/>
      <w:lvlJc w:val="left"/>
      <w:pPr>
        <w:ind w:left="5672" w:hanging="360"/>
      </w:pPr>
    </w:lvl>
    <w:lvl w:ilvl="7" w:tplc="10090019" w:tentative="1">
      <w:start w:val="1"/>
      <w:numFmt w:val="lowerLetter"/>
      <w:lvlText w:val="%8."/>
      <w:lvlJc w:val="left"/>
      <w:pPr>
        <w:ind w:left="6392" w:hanging="360"/>
      </w:pPr>
    </w:lvl>
    <w:lvl w:ilvl="8" w:tplc="10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0" w15:restartNumberingAfterBreak="0">
    <w:nsid w:val="61802952"/>
    <w:multiLevelType w:val="hybridMultilevel"/>
    <w:tmpl w:val="609490B0"/>
    <w:lvl w:ilvl="0" w:tplc="728A70AE">
      <w:start w:val="1"/>
      <w:numFmt w:val="lowerLetter"/>
      <w:lvlText w:val="%1)"/>
      <w:lvlJc w:val="left"/>
      <w:pPr>
        <w:ind w:left="49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210" w:hanging="360"/>
      </w:pPr>
    </w:lvl>
    <w:lvl w:ilvl="2" w:tplc="1009001B" w:tentative="1">
      <w:start w:val="1"/>
      <w:numFmt w:val="lowerRoman"/>
      <w:lvlText w:val="%3."/>
      <w:lvlJc w:val="right"/>
      <w:pPr>
        <w:ind w:left="1930" w:hanging="180"/>
      </w:pPr>
    </w:lvl>
    <w:lvl w:ilvl="3" w:tplc="1009000F" w:tentative="1">
      <w:start w:val="1"/>
      <w:numFmt w:val="decimal"/>
      <w:lvlText w:val="%4."/>
      <w:lvlJc w:val="left"/>
      <w:pPr>
        <w:ind w:left="2650" w:hanging="360"/>
      </w:pPr>
    </w:lvl>
    <w:lvl w:ilvl="4" w:tplc="10090019" w:tentative="1">
      <w:start w:val="1"/>
      <w:numFmt w:val="lowerLetter"/>
      <w:lvlText w:val="%5."/>
      <w:lvlJc w:val="left"/>
      <w:pPr>
        <w:ind w:left="3370" w:hanging="360"/>
      </w:pPr>
    </w:lvl>
    <w:lvl w:ilvl="5" w:tplc="1009001B" w:tentative="1">
      <w:start w:val="1"/>
      <w:numFmt w:val="lowerRoman"/>
      <w:lvlText w:val="%6."/>
      <w:lvlJc w:val="right"/>
      <w:pPr>
        <w:ind w:left="4090" w:hanging="180"/>
      </w:pPr>
    </w:lvl>
    <w:lvl w:ilvl="6" w:tplc="1009000F" w:tentative="1">
      <w:start w:val="1"/>
      <w:numFmt w:val="decimal"/>
      <w:lvlText w:val="%7."/>
      <w:lvlJc w:val="left"/>
      <w:pPr>
        <w:ind w:left="4810" w:hanging="360"/>
      </w:pPr>
    </w:lvl>
    <w:lvl w:ilvl="7" w:tplc="10090019" w:tentative="1">
      <w:start w:val="1"/>
      <w:numFmt w:val="lowerLetter"/>
      <w:lvlText w:val="%8."/>
      <w:lvlJc w:val="left"/>
      <w:pPr>
        <w:ind w:left="5530" w:hanging="360"/>
      </w:pPr>
    </w:lvl>
    <w:lvl w:ilvl="8" w:tplc="10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1" w15:restartNumberingAfterBreak="0">
    <w:nsid w:val="6BF608D0"/>
    <w:multiLevelType w:val="hybridMultilevel"/>
    <w:tmpl w:val="7DACD2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03585"/>
    <w:multiLevelType w:val="hybridMultilevel"/>
    <w:tmpl w:val="74AA389C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53791A"/>
    <w:multiLevelType w:val="hybridMultilevel"/>
    <w:tmpl w:val="16D8B7D8"/>
    <w:lvl w:ilvl="0" w:tplc="76367D2A">
      <w:start w:val="1"/>
      <w:numFmt w:val="lowerLetter"/>
      <w:lvlText w:val="%1)"/>
      <w:lvlJc w:val="left"/>
      <w:pPr>
        <w:ind w:left="49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210" w:hanging="360"/>
      </w:pPr>
    </w:lvl>
    <w:lvl w:ilvl="2" w:tplc="1009001B" w:tentative="1">
      <w:start w:val="1"/>
      <w:numFmt w:val="lowerRoman"/>
      <w:lvlText w:val="%3."/>
      <w:lvlJc w:val="right"/>
      <w:pPr>
        <w:ind w:left="1930" w:hanging="180"/>
      </w:pPr>
    </w:lvl>
    <w:lvl w:ilvl="3" w:tplc="1009000F" w:tentative="1">
      <w:start w:val="1"/>
      <w:numFmt w:val="decimal"/>
      <w:lvlText w:val="%4."/>
      <w:lvlJc w:val="left"/>
      <w:pPr>
        <w:ind w:left="2650" w:hanging="360"/>
      </w:pPr>
    </w:lvl>
    <w:lvl w:ilvl="4" w:tplc="10090019" w:tentative="1">
      <w:start w:val="1"/>
      <w:numFmt w:val="lowerLetter"/>
      <w:lvlText w:val="%5."/>
      <w:lvlJc w:val="left"/>
      <w:pPr>
        <w:ind w:left="3370" w:hanging="360"/>
      </w:pPr>
    </w:lvl>
    <w:lvl w:ilvl="5" w:tplc="1009001B" w:tentative="1">
      <w:start w:val="1"/>
      <w:numFmt w:val="lowerRoman"/>
      <w:lvlText w:val="%6."/>
      <w:lvlJc w:val="right"/>
      <w:pPr>
        <w:ind w:left="4090" w:hanging="180"/>
      </w:pPr>
    </w:lvl>
    <w:lvl w:ilvl="6" w:tplc="1009000F" w:tentative="1">
      <w:start w:val="1"/>
      <w:numFmt w:val="decimal"/>
      <w:lvlText w:val="%7."/>
      <w:lvlJc w:val="left"/>
      <w:pPr>
        <w:ind w:left="4810" w:hanging="360"/>
      </w:pPr>
    </w:lvl>
    <w:lvl w:ilvl="7" w:tplc="10090019" w:tentative="1">
      <w:start w:val="1"/>
      <w:numFmt w:val="lowerLetter"/>
      <w:lvlText w:val="%8."/>
      <w:lvlJc w:val="left"/>
      <w:pPr>
        <w:ind w:left="5530" w:hanging="360"/>
      </w:pPr>
    </w:lvl>
    <w:lvl w:ilvl="8" w:tplc="1009001B" w:tentative="1">
      <w:start w:val="1"/>
      <w:numFmt w:val="lowerRoman"/>
      <w:lvlText w:val="%9."/>
      <w:lvlJc w:val="right"/>
      <w:pPr>
        <w:ind w:left="6250" w:hanging="180"/>
      </w:pPr>
    </w:lvl>
  </w:abstractNum>
  <w:num w:numId="1" w16cid:durableId="1165629947">
    <w:abstractNumId w:val="8"/>
  </w:num>
  <w:num w:numId="2" w16cid:durableId="1970084383">
    <w:abstractNumId w:val="6"/>
  </w:num>
  <w:num w:numId="3" w16cid:durableId="258685835">
    <w:abstractNumId w:val="5"/>
  </w:num>
  <w:num w:numId="4" w16cid:durableId="383338736">
    <w:abstractNumId w:val="4"/>
  </w:num>
  <w:num w:numId="5" w16cid:durableId="2126192402">
    <w:abstractNumId w:val="7"/>
  </w:num>
  <w:num w:numId="6" w16cid:durableId="1190950225">
    <w:abstractNumId w:val="3"/>
  </w:num>
  <w:num w:numId="7" w16cid:durableId="1038092171">
    <w:abstractNumId w:val="2"/>
  </w:num>
  <w:num w:numId="8" w16cid:durableId="327490362">
    <w:abstractNumId w:val="1"/>
  </w:num>
  <w:num w:numId="9" w16cid:durableId="1959021482">
    <w:abstractNumId w:val="0"/>
  </w:num>
  <w:num w:numId="10" w16cid:durableId="1082533542">
    <w:abstractNumId w:val="21"/>
  </w:num>
  <w:num w:numId="11" w16cid:durableId="925261506">
    <w:abstractNumId w:val="9"/>
  </w:num>
  <w:num w:numId="12" w16cid:durableId="1180579790">
    <w:abstractNumId w:val="10"/>
  </w:num>
  <w:num w:numId="13" w16cid:durableId="1359938658">
    <w:abstractNumId w:val="14"/>
  </w:num>
  <w:num w:numId="14" w16cid:durableId="1945765715">
    <w:abstractNumId w:val="13"/>
  </w:num>
  <w:num w:numId="15" w16cid:durableId="1913152646">
    <w:abstractNumId w:val="20"/>
  </w:num>
  <w:num w:numId="16" w16cid:durableId="1995834395">
    <w:abstractNumId w:val="12"/>
  </w:num>
  <w:num w:numId="17" w16cid:durableId="15154327">
    <w:abstractNumId w:val="23"/>
  </w:num>
  <w:num w:numId="18" w16cid:durableId="1914972678">
    <w:abstractNumId w:val="19"/>
  </w:num>
  <w:num w:numId="19" w16cid:durableId="1737704864">
    <w:abstractNumId w:val="11"/>
  </w:num>
  <w:num w:numId="20" w16cid:durableId="681278308">
    <w:abstractNumId w:val="22"/>
  </w:num>
  <w:num w:numId="21" w16cid:durableId="1463499440">
    <w:abstractNumId w:val="16"/>
  </w:num>
  <w:num w:numId="22" w16cid:durableId="17394913">
    <w:abstractNumId w:val="18"/>
  </w:num>
  <w:num w:numId="23" w16cid:durableId="1368065989">
    <w:abstractNumId w:val="15"/>
  </w:num>
  <w:num w:numId="24" w16cid:durableId="12504320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FF8"/>
    <w:rsid w:val="0029639D"/>
    <w:rsid w:val="003027DB"/>
    <w:rsid w:val="00326F90"/>
    <w:rsid w:val="004E2B94"/>
    <w:rsid w:val="00545744"/>
    <w:rsid w:val="006F551F"/>
    <w:rsid w:val="007C2AC7"/>
    <w:rsid w:val="008851E7"/>
    <w:rsid w:val="008E0F1B"/>
    <w:rsid w:val="00AA1D8D"/>
    <w:rsid w:val="00AC2A98"/>
    <w:rsid w:val="00AF7840"/>
    <w:rsid w:val="00B47730"/>
    <w:rsid w:val="00CB0664"/>
    <w:rsid w:val="00CB4617"/>
    <w:rsid w:val="00DE79AD"/>
    <w:rsid w:val="00DF440C"/>
    <w:rsid w:val="00EA32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3F6F5"/>
  <w14:defaultImageDpi w14:val="300"/>
  <w15:docId w15:val="{5FDEA46C-6840-40EC-A8F1-1973E151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40C"/>
    <w:pPr>
      <w:widowControl w:val="0"/>
      <w:spacing w:after="0"/>
    </w:pPr>
    <w:rPr>
      <w:rFonts w:ascii="Times New Roman" w:hAnsi="Times New Roman" w:cs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4E2B94"/>
    <w:pPr>
      <w:numPr>
        <w:numId w:val="11"/>
      </w:numPr>
      <w:spacing w:before="100" w:after="40" w:line="262" w:lineRule="auto"/>
      <w:ind w:left="567" w:hanging="567"/>
    </w:pPr>
    <w:rPr>
      <w:bCs w:val="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 w:val="0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 w:val="0"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Line">
    <w:name w:val="SectionLine"/>
    <w:pPr>
      <w:spacing w:before="160" w:after="80"/>
    </w:pPr>
    <w:rPr>
      <w:rFonts w:ascii="Aptos Display" w:hAnsi="Aptos Display"/>
      <w:b/>
      <w:color w:val="174D70"/>
      <w:sz w:val="21"/>
    </w:rPr>
  </w:style>
  <w:style w:type="paragraph" w:customStyle="1" w:styleId="Instruction">
    <w:name w:val="Instruction"/>
    <w:rPr>
      <w:rFonts w:ascii="Aptos" w:hAnsi="Aptos"/>
      <w:i/>
      <w:color w:val="4B5560"/>
      <w:sz w:val="18"/>
    </w:rPr>
  </w:style>
  <w:style w:type="paragraph" w:customStyle="1" w:styleId="Subquestion">
    <w:name w:val="Subquestion"/>
    <w:pPr>
      <w:spacing w:after="20"/>
      <w:ind w:left="490" w:hanging="360"/>
    </w:pPr>
    <w:rPr>
      <w:rFonts w:ascii="Aptos" w:hAnsi="Apto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19 - Graphing Horizontal Projectile Motion</vt:lpstr>
    </vt:vector>
  </TitlesOfParts>
  <Manager/>
  <Company/>
  <LinksUpToDate>false</LinksUpToDate>
  <CharactersWithSpaces>1894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19 - Graphing Horizontal Projectile Motion</dc:title>
  <dc:subject>Physics 11 student assignment: horizontal projectiles, displacement-time and velocity-time graphs</dc:subject>
  <dc:creator/>
  <cp:keywords/>
  <dc:description>generated by python-docx</dc:description>
  <cp:lastModifiedBy>Darcy House</cp:lastModifiedBy>
  <cp:revision>9</cp:revision>
  <cp:lastPrinted>2026-10-15T15:10:00Z</cp:lastPrinted>
  <dcterms:created xsi:type="dcterms:W3CDTF">2013-12-23T23:15:00Z</dcterms:created>
  <dcterms:modified xsi:type="dcterms:W3CDTF">2026-10-15T15:18:00Z</dcterms:modified>
  <cp:category/>
</cp:coreProperties>
</file>