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6F1A1" w14:textId="3BC1413B" w:rsidR="002B28F6" w:rsidRPr="00A00EBB" w:rsidRDefault="002B28F6" w:rsidP="002B28F6">
      <w:pPr>
        <w:pStyle w:val="Heading1"/>
        <w:keepNext w:val="0"/>
        <w:keepLines w:val="0"/>
        <w:widowControl w:val="0"/>
        <w:spacing w:before="0"/>
        <w:jc w:val="center"/>
        <w:rPr>
          <w:rFonts w:ascii="Times New Roman" w:hAnsi="Times New Roman" w:cs="Times New Roman"/>
          <w:b w:val="0"/>
          <w:bCs w:val="0"/>
          <w:color w:val="auto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color w:val="auto"/>
          <w:sz w:val="36"/>
          <w:szCs w:val="36"/>
        </w:rPr>
        <w:t>Mystery Resistor Lab</w:t>
      </w:r>
    </w:p>
    <w:p w14:paraId="1980A0CE" w14:textId="7914B481" w:rsidR="002B28F6" w:rsidRPr="00A00EBB" w:rsidRDefault="002B28F6" w:rsidP="002B28F6">
      <w:pPr>
        <w:spacing w:after="0"/>
      </w:pPr>
    </w:p>
    <w:p w14:paraId="76A5C737" w14:textId="2A5DABE1" w:rsidR="002B28F6" w:rsidRPr="00A00EBB" w:rsidRDefault="00C95172" w:rsidP="002B28F6">
      <w:pPr>
        <w:pStyle w:val="Heading2"/>
        <w:keepNext w:val="0"/>
        <w:keepLines w:val="0"/>
        <w:widowControl w:val="0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anchor distT="0" distB="0" distL="114300" distR="114300" simplePos="0" relativeHeight="251659776" behindDoc="0" locked="0" layoutInCell="1" allowOverlap="1" wp14:anchorId="5E510B69" wp14:editId="0456F30C">
            <wp:simplePos x="0" y="0"/>
            <wp:positionH relativeFrom="column">
              <wp:posOffset>2531110</wp:posOffset>
            </wp:positionH>
            <wp:positionV relativeFrom="paragraph">
              <wp:posOffset>62230</wp:posOffset>
            </wp:positionV>
            <wp:extent cx="3758565" cy="1841500"/>
            <wp:effectExtent l="0" t="0" r="0" b="6350"/>
            <wp:wrapSquare wrapText="bothSides"/>
            <wp:docPr id="11107799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565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28F6" w:rsidRPr="00A00EBB">
        <w:rPr>
          <w:rFonts w:ascii="Times New Roman" w:hAnsi="Times New Roman" w:cs="Times New Roman"/>
          <w:color w:val="auto"/>
          <w:sz w:val="24"/>
          <w:szCs w:val="24"/>
        </w:rPr>
        <w:t>Objective</w:t>
      </w:r>
    </w:p>
    <w:p w14:paraId="50D874A7" w14:textId="4525732D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Construct a simple circuit and use multimeter measurements to determine an unknown resistance </w:t>
      </w:r>
    </w:p>
    <w:p w14:paraId="1B000542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6AD67F9A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F3EEA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Equipment 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>Batter</w:t>
      </w:r>
      <w:r>
        <w:rPr>
          <w:rFonts w:ascii="Times New Roman" w:hAnsi="Times New Roman" w:cs="Times New Roman"/>
          <w:sz w:val="24"/>
          <w:szCs w:val="24"/>
          <w:lang w:val="en-CA"/>
        </w:rPr>
        <w:t>ies,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 Wire</w:t>
      </w:r>
      <w:r>
        <w:rPr>
          <w:rFonts w:ascii="Times New Roman" w:hAnsi="Times New Roman" w:cs="Times New Roman"/>
          <w:sz w:val="24"/>
          <w:szCs w:val="24"/>
          <w:lang w:val="en-CA"/>
        </w:rPr>
        <w:t>,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 Resistor</w:t>
      </w:r>
      <w:r>
        <w:rPr>
          <w:rFonts w:ascii="Times New Roman" w:hAnsi="Times New Roman" w:cs="Times New Roman"/>
          <w:sz w:val="24"/>
          <w:szCs w:val="24"/>
          <w:lang w:val="en-CA"/>
        </w:rPr>
        <w:t>,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Ammeter, </w:t>
      </w:r>
      <w:proofErr w:type="gramStart"/>
      <w:r>
        <w:rPr>
          <w:rFonts w:ascii="Times New Roman" w:hAnsi="Times New Roman" w:cs="Times New Roman"/>
          <w:sz w:val="24"/>
          <w:szCs w:val="24"/>
          <w:lang w:val="en-CA"/>
        </w:rPr>
        <w:t>Volt meter</w:t>
      </w:r>
      <w:proofErr w:type="gramEnd"/>
      <w:r>
        <w:rPr>
          <w:rFonts w:ascii="Times New Roman" w:hAnsi="Times New Roman" w:cs="Times New Roman"/>
          <w:sz w:val="24"/>
          <w:szCs w:val="24"/>
          <w:lang w:val="en-CA"/>
        </w:rPr>
        <w:t xml:space="preserve">. </w:t>
      </w:r>
    </w:p>
    <w:p w14:paraId="41EA33DA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0D4043E" w14:textId="253FECD6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 w:rsidRPr="006F3EEA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Experimental Method </w:t>
      </w:r>
    </w:p>
    <w:p w14:paraId="70B39463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00CC6212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1. Construct the circuit shown. </w:t>
      </w:r>
    </w:p>
    <w:p w14:paraId="3BDAFA8C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5ACA9491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2. Use a </w:t>
      </w:r>
      <w:proofErr w:type="gramStart"/>
      <w:r>
        <w:rPr>
          <w:rFonts w:ascii="Times New Roman" w:hAnsi="Times New Roman" w:cs="Times New Roman"/>
          <w:sz w:val="24"/>
          <w:szCs w:val="24"/>
          <w:lang w:val="en-CA"/>
        </w:rPr>
        <w:t>volt meter</w:t>
      </w:r>
      <w:proofErr w:type="gramEnd"/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 to measure the voltage across the resistor</w:t>
      </w:r>
      <w:r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28B25D76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5DB84917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 w:rsidRPr="006F3EEA">
        <w:rPr>
          <w:rFonts w:ascii="Times New Roman" w:hAnsi="Times New Roman" w:cs="Times New Roman"/>
          <w:sz w:val="24"/>
          <w:szCs w:val="24"/>
          <w:lang w:val="en-CA"/>
        </w:rPr>
        <w:t>3. Use a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n ammeter 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>to measure the current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directly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>before or after the resistor.</w:t>
      </w:r>
    </w:p>
    <w:p w14:paraId="01D8CD4D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7548C38F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4</w:t>
      </w:r>
      <w:r w:rsidRPr="006F3EEA">
        <w:rPr>
          <w:rFonts w:ascii="Times New Roman" w:hAnsi="Times New Roman" w:cs="Times New Roman"/>
          <w:sz w:val="24"/>
          <w:szCs w:val="24"/>
          <w:lang w:val="en-CA"/>
        </w:rPr>
        <w:t>. Use the voltage and current measurements to determine the resistance of the mystery resistor.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</w:p>
    <w:p w14:paraId="038334D3" w14:textId="77777777" w:rsidR="002B28F6" w:rsidRDefault="002B28F6" w:rsidP="002B28F6">
      <w:pPr>
        <w:pStyle w:val="BodyText"/>
        <w:widowControl w:val="0"/>
        <w:spacing w:after="0"/>
        <w:rPr>
          <w:rFonts w:ascii="Times New Roman" w:hAnsi="Times New Roman" w:cs="Times New Roman"/>
          <w:sz w:val="24"/>
          <w:szCs w:val="24"/>
          <w:lang w:val="en-CA"/>
        </w:rPr>
      </w:pPr>
    </w:p>
    <w:p w14:paraId="31FB695D" w14:textId="77777777" w:rsidR="00B214F3" w:rsidRPr="00B214F3" w:rsidRDefault="00B214F3" w:rsidP="00B214F3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sz w:val="24"/>
          <w:szCs w:val="24"/>
          <w:lang w:val="en-CA" w:eastAsia="en-CA"/>
        </w:rPr>
      </w:pPr>
    </w:p>
    <w:tbl>
      <w:tblPr>
        <w:tblpPr w:leftFromText="180" w:rightFromText="180" w:vertAnchor="text" w:horzAnchor="margin" w:tblpY="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B214F3" w:rsidRPr="00B214F3" w14:paraId="1EFD16B9" w14:textId="77777777" w:rsidTr="002B28F6">
        <w:trPr>
          <w:trHeight w:val="1692"/>
        </w:trPr>
        <w:tc>
          <w:tcPr>
            <w:tcW w:w="2515" w:type="dxa"/>
            <w:shd w:val="clear" w:color="auto" w:fill="D9D9D9"/>
            <w:vAlign w:val="center"/>
          </w:tcPr>
          <w:p w14:paraId="1505D6F3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Record the Theoretical Resistor Value</w:t>
            </w:r>
          </w:p>
        </w:tc>
        <w:tc>
          <w:tcPr>
            <w:tcW w:w="2515" w:type="dxa"/>
            <w:shd w:val="clear" w:color="auto" w:fill="D9D9D9"/>
            <w:vAlign w:val="center"/>
          </w:tcPr>
          <w:p w14:paraId="1C13EAAB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Record the Measured Voltage</w:t>
            </w:r>
          </w:p>
          <w:p w14:paraId="431E530D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(V)</w:t>
            </w:r>
          </w:p>
        </w:tc>
        <w:tc>
          <w:tcPr>
            <w:tcW w:w="2515" w:type="dxa"/>
            <w:shd w:val="clear" w:color="auto" w:fill="D9D9D9"/>
            <w:vAlign w:val="center"/>
          </w:tcPr>
          <w:p w14:paraId="7D64E4A6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Record the Measured Current</w:t>
            </w:r>
          </w:p>
          <w:p w14:paraId="22A4A6B9" w14:textId="6D86ED63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I (A)</w:t>
            </w:r>
          </w:p>
        </w:tc>
        <w:tc>
          <w:tcPr>
            <w:tcW w:w="2515" w:type="dxa"/>
            <w:shd w:val="clear" w:color="auto" w:fill="D9D9D9"/>
            <w:vAlign w:val="center"/>
          </w:tcPr>
          <w:p w14:paraId="219CC8C5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Calculate the Resistance</w:t>
            </w:r>
          </w:p>
          <w:p w14:paraId="16CF04F0" w14:textId="636324E1" w:rsidR="00B214F3" w:rsidRPr="00B214F3" w:rsidRDefault="00606DD0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m:oMathPara>
              <m:oMath>
                <m:r>
                  <w:rPr>
                    <w:rFonts w:ascii="Cambria Math" w:eastAsia="MinionPro-Regular" w:hAnsi="Cambria Math" w:cs="Times New Roman"/>
                    <w:sz w:val="28"/>
                    <w:szCs w:val="28"/>
                    <w:lang w:val="en-CA" w:eastAsia="en-CA"/>
                  </w:rPr>
                  <m:t>V =IR</m:t>
                </m:r>
              </m:oMath>
            </m:oMathPara>
          </w:p>
        </w:tc>
      </w:tr>
      <w:tr w:rsidR="002B28F6" w:rsidRPr="00B214F3" w14:paraId="65B0E632" w14:textId="77777777" w:rsidTr="00B214F3">
        <w:trPr>
          <w:trHeight w:val="1336"/>
        </w:trPr>
        <w:tc>
          <w:tcPr>
            <w:tcW w:w="2515" w:type="dxa"/>
            <w:shd w:val="clear" w:color="auto" w:fill="F2F2F2"/>
            <w:vAlign w:val="center"/>
          </w:tcPr>
          <w:p w14:paraId="6E5D7F23" w14:textId="6E84400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10 ohms</w:t>
            </w:r>
          </w:p>
        </w:tc>
        <w:tc>
          <w:tcPr>
            <w:tcW w:w="2515" w:type="dxa"/>
            <w:vAlign w:val="center"/>
          </w:tcPr>
          <w:p w14:paraId="13E349F1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vAlign w:val="center"/>
          </w:tcPr>
          <w:p w14:paraId="11986F81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shd w:val="clear" w:color="auto" w:fill="F2F2F2"/>
            <w:vAlign w:val="center"/>
          </w:tcPr>
          <w:p w14:paraId="1FFA703F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2B28F6" w:rsidRPr="00B214F3" w14:paraId="214D25D7" w14:textId="77777777" w:rsidTr="00B214F3">
        <w:trPr>
          <w:trHeight w:val="1336"/>
        </w:trPr>
        <w:tc>
          <w:tcPr>
            <w:tcW w:w="2515" w:type="dxa"/>
            <w:shd w:val="clear" w:color="auto" w:fill="F2F2F2"/>
            <w:vAlign w:val="center"/>
          </w:tcPr>
          <w:p w14:paraId="4E7BE6AD" w14:textId="62993A29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22 ohms</w:t>
            </w:r>
          </w:p>
        </w:tc>
        <w:tc>
          <w:tcPr>
            <w:tcW w:w="2515" w:type="dxa"/>
            <w:vAlign w:val="center"/>
          </w:tcPr>
          <w:p w14:paraId="024D64E0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vAlign w:val="center"/>
          </w:tcPr>
          <w:p w14:paraId="6E2399AC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shd w:val="clear" w:color="auto" w:fill="F2F2F2"/>
            <w:vAlign w:val="center"/>
          </w:tcPr>
          <w:p w14:paraId="66CB5372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2B28F6" w:rsidRPr="00B214F3" w14:paraId="4255A7B8" w14:textId="77777777" w:rsidTr="00B214F3">
        <w:trPr>
          <w:trHeight w:val="1336"/>
        </w:trPr>
        <w:tc>
          <w:tcPr>
            <w:tcW w:w="2515" w:type="dxa"/>
            <w:shd w:val="clear" w:color="auto" w:fill="F2F2F2"/>
            <w:vAlign w:val="center"/>
          </w:tcPr>
          <w:p w14:paraId="27B17263" w14:textId="2B592D35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47 ohms</w:t>
            </w:r>
          </w:p>
        </w:tc>
        <w:tc>
          <w:tcPr>
            <w:tcW w:w="2515" w:type="dxa"/>
            <w:vAlign w:val="center"/>
          </w:tcPr>
          <w:p w14:paraId="5D7E0C2A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vAlign w:val="center"/>
          </w:tcPr>
          <w:p w14:paraId="47A59D0C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shd w:val="clear" w:color="auto" w:fill="F2F2F2"/>
            <w:vAlign w:val="center"/>
          </w:tcPr>
          <w:p w14:paraId="37869D84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2B28F6" w:rsidRPr="00B214F3" w14:paraId="38B16FC6" w14:textId="77777777" w:rsidTr="00B214F3">
        <w:trPr>
          <w:trHeight w:val="1336"/>
        </w:trPr>
        <w:tc>
          <w:tcPr>
            <w:tcW w:w="2515" w:type="dxa"/>
            <w:shd w:val="clear" w:color="auto" w:fill="F2F2F2"/>
            <w:vAlign w:val="center"/>
          </w:tcPr>
          <w:p w14:paraId="6B1024B8" w14:textId="17281CD4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100 ohms</w:t>
            </w:r>
          </w:p>
        </w:tc>
        <w:tc>
          <w:tcPr>
            <w:tcW w:w="2515" w:type="dxa"/>
            <w:vAlign w:val="center"/>
          </w:tcPr>
          <w:p w14:paraId="655D8FBE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vAlign w:val="center"/>
          </w:tcPr>
          <w:p w14:paraId="51605140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5" w:type="dxa"/>
            <w:shd w:val="clear" w:color="auto" w:fill="F2F2F2"/>
            <w:vAlign w:val="center"/>
          </w:tcPr>
          <w:p w14:paraId="7719ED4C" w14:textId="77777777" w:rsidR="002B28F6" w:rsidRPr="00B214F3" w:rsidRDefault="002B28F6" w:rsidP="002B28F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</w:tbl>
    <w:p w14:paraId="0A19DFD1" w14:textId="77777777" w:rsidR="00B214F3" w:rsidRPr="00B214F3" w:rsidRDefault="00B214F3" w:rsidP="00B214F3">
      <w:pPr>
        <w:spacing w:after="0" w:line="240" w:lineRule="auto"/>
        <w:rPr>
          <w:rFonts w:ascii="Times New Roman" w:eastAsia="MinionPro-Regular" w:hAnsi="Times New Roman" w:cs="Times New Roman"/>
          <w:sz w:val="24"/>
          <w:szCs w:val="24"/>
          <w:lang w:val="en-CA" w:eastAsia="en-CA"/>
        </w:rPr>
      </w:pPr>
      <w:r w:rsidRPr="00B214F3">
        <w:rPr>
          <w:rFonts w:ascii="Times New Roman" w:eastAsia="MinionPro-Regular" w:hAnsi="Times New Roman" w:cs="Times New Roman"/>
          <w:sz w:val="24"/>
          <w:szCs w:val="24"/>
          <w:lang w:val="en-CA" w:eastAsia="en-CA"/>
        </w:rPr>
        <w:br w:type="page"/>
      </w:r>
    </w:p>
    <w:p w14:paraId="6AFF1245" w14:textId="64C5EF33" w:rsidR="00B214F3" w:rsidRPr="00C040F7" w:rsidRDefault="00B214F3" w:rsidP="00C040F7">
      <w:pPr>
        <w:autoSpaceDE w:val="0"/>
        <w:autoSpaceDN w:val="0"/>
        <w:adjustRightInd w:val="0"/>
        <w:spacing w:after="0"/>
        <w:jc w:val="center"/>
        <w:rPr>
          <w:rFonts w:ascii="Times New Roman" w:eastAsia="MinionPro-Regular" w:hAnsi="Times New Roman" w:cs="Times New Roman"/>
          <w:sz w:val="44"/>
          <w:szCs w:val="44"/>
          <w:lang w:val="en-CA" w:eastAsia="en-CA"/>
        </w:rPr>
      </w:pPr>
      <w:r w:rsidRPr="00B214F3">
        <w:rPr>
          <w:rFonts w:ascii="Times New Roman" w:eastAsia="MinionPro-Regular" w:hAnsi="Times New Roman" w:cs="Times New Roman"/>
          <w:sz w:val="44"/>
          <w:szCs w:val="44"/>
          <w:lang w:val="en-CA" w:eastAsia="en-CA"/>
        </w:rPr>
        <w:lastRenderedPageBreak/>
        <w:t>Set up the simple circuit shown.</w:t>
      </w:r>
    </w:p>
    <w:p w14:paraId="18BB8961" w14:textId="2A2B7841" w:rsidR="00C95172" w:rsidRDefault="00C95172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</w:p>
    <w:p w14:paraId="1971CBF3" w14:textId="60B119A6" w:rsidR="00C95172" w:rsidRDefault="00C040F7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824" behindDoc="0" locked="0" layoutInCell="1" allowOverlap="1" wp14:anchorId="30BEAD5B" wp14:editId="6FC00495">
            <wp:simplePos x="0" y="0"/>
            <wp:positionH relativeFrom="column">
              <wp:posOffset>1388110</wp:posOffset>
            </wp:positionH>
            <wp:positionV relativeFrom="paragraph">
              <wp:posOffset>12065</wp:posOffset>
            </wp:positionV>
            <wp:extent cx="3543300" cy="1735455"/>
            <wp:effectExtent l="0" t="0" r="0" b="0"/>
            <wp:wrapSquare wrapText="bothSides"/>
            <wp:docPr id="1277498515" name="Picture 1" descr="A diagram of a resis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498515" name="Picture 1" descr="A diagram of a resist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73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04760E" w14:textId="77777777" w:rsidR="00C95172" w:rsidRDefault="00C95172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</w:p>
    <w:p w14:paraId="6545A479" w14:textId="77777777" w:rsidR="00C95172" w:rsidRDefault="00C95172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</w:p>
    <w:p w14:paraId="43E0256C" w14:textId="77777777" w:rsidR="00C95172" w:rsidRDefault="00C95172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</w:p>
    <w:p w14:paraId="5DB19A41" w14:textId="77777777" w:rsidR="00C95172" w:rsidRDefault="00C95172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</w:p>
    <w:p w14:paraId="64A4FBF0" w14:textId="77777777" w:rsidR="00C040F7" w:rsidRDefault="00C040F7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noProof/>
          <w:sz w:val="28"/>
          <w:szCs w:val="28"/>
          <w:lang w:val="en-CA" w:eastAsia="en-CA"/>
        </w:rPr>
      </w:pPr>
    </w:p>
    <w:p w14:paraId="65FD097A" w14:textId="77777777" w:rsidR="00C95172" w:rsidRPr="00B214F3" w:rsidRDefault="00C95172" w:rsidP="00C95172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sz w:val="28"/>
          <w:szCs w:val="28"/>
          <w:lang w:val="en-CA" w:eastAsia="en-CA"/>
        </w:rPr>
      </w:pPr>
    </w:p>
    <w:p w14:paraId="566CD282" w14:textId="77777777" w:rsidR="00B214F3" w:rsidRPr="00B214F3" w:rsidRDefault="00B214F3" w:rsidP="00B214F3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sz w:val="28"/>
          <w:szCs w:val="28"/>
          <w:lang w:val="en-CA" w:eastAsia="en-CA"/>
        </w:rPr>
      </w:pPr>
    </w:p>
    <w:p w14:paraId="1CE29092" w14:textId="77777777" w:rsidR="002B28F6" w:rsidRDefault="00B214F3" w:rsidP="00B214F3">
      <w:pPr>
        <w:autoSpaceDE w:val="0"/>
        <w:autoSpaceDN w:val="0"/>
        <w:adjustRightInd w:val="0"/>
        <w:spacing w:after="0"/>
        <w:jc w:val="center"/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</w:pPr>
      <w:r w:rsidRPr="00B214F3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 xml:space="preserve">Replace the </w:t>
      </w:r>
      <w:r w:rsidR="002B28F6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>resistor</w:t>
      </w:r>
      <w:r w:rsidRPr="00B214F3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 xml:space="preserve"> with a </w:t>
      </w:r>
      <w:r w:rsidR="002B28F6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>lightbulb or other object</w:t>
      </w:r>
      <w:r w:rsidRPr="00B214F3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 xml:space="preserve"> to </w:t>
      </w:r>
    </w:p>
    <w:p w14:paraId="27D49F5E" w14:textId="56112BAC" w:rsidR="00B214F3" w:rsidRPr="00B214F3" w:rsidRDefault="002B28F6" w:rsidP="00B214F3">
      <w:pPr>
        <w:autoSpaceDE w:val="0"/>
        <w:autoSpaceDN w:val="0"/>
        <w:adjustRightInd w:val="0"/>
        <w:spacing w:after="0"/>
        <w:jc w:val="center"/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</w:pPr>
      <w:r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>M</w:t>
      </w:r>
      <w:r w:rsidR="00B214F3" w:rsidRPr="00B214F3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>easure their resistance</w:t>
      </w:r>
      <w:r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>s</w:t>
      </w:r>
      <w:r w:rsidR="00B214F3" w:rsidRPr="00B214F3">
        <w:rPr>
          <w:rFonts w:ascii="Times New Roman" w:eastAsia="MinionPro-Regular" w:hAnsi="Times New Roman" w:cs="Times New Roman"/>
          <w:sz w:val="32"/>
          <w:szCs w:val="32"/>
          <w:lang w:val="en-CA" w:eastAsia="en-CA"/>
        </w:rPr>
        <w:t>.</w:t>
      </w:r>
    </w:p>
    <w:p w14:paraId="22F2A055" w14:textId="77777777" w:rsidR="00B214F3" w:rsidRPr="00B214F3" w:rsidRDefault="00B214F3" w:rsidP="00B214F3">
      <w:pPr>
        <w:autoSpaceDE w:val="0"/>
        <w:autoSpaceDN w:val="0"/>
        <w:adjustRightInd w:val="0"/>
        <w:spacing w:after="0"/>
        <w:rPr>
          <w:rFonts w:ascii="Times New Roman" w:eastAsia="MinionPro-Regular" w:hAnsi="Times New Roman" w:cs="Times New Roman"/>
          <w:sz w:val="24"/>
          <w:szCs w:val="24"/>
          <w:lang w:val="en-CA" w:eastAsia="en-CA"/>
        </w:rPr>
      </w:pPr>
    </w:p>
    <w:tbl>
      <w:tblPr>
        <w:tblpPr w:leftFromText="180" w:rightFromText="180" w:vertAnchor="text" w:horzAnchor="margin" w:tblpY="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0"/>
        <w:gridCol w:w="2510"/>
        <w:gridCol w:w="2510"/>
        <w:gridCol w:w="2510"/>
      </w:tblGrid>
      <w:tr w:rsidR="00B214F3" w:rsidRPr="00B214F3" w14:paraId="489593A4" w14:textId="77777777" w:rsidTr="002B28F6">
        <w:trPr>
          <w:trHeight w:val="100"/>
        </w:trPr>
        <w:tc>
          <w:tcPr>
            <w:tcW w:w="2510" w:type="dxa"/>
            <w:shd w:val="clear" w:color="auto" w:fill="D9D9D9"/>
            <w:vAlign w:val="center"/>
          </w:tcPr>
          <w:p w14:paraId="50FDA5C9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Record the Item Name</w:t>
            </w:r>
          </w:p>
        </w:tc>
        <w:tc>
          <w:tcPr>
            <w:tcW w:w="2510" w:type="dxa"/>
            <w:shd w:val="clear" w:color="auto" w:fill="D9D9D9"/>
            <w:vAlign w:val="center"/>
          </w:tcPr>
          <w:p w14:paraId="2DCDDFBF" w14:textId="77777777" w:rsid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Record the Measured Voltage</w:t>
            </w:r>
          </w:p>
          <w:p w14:paraId="0884E311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  <w:p w14:paraId="4E0D600D" w14:textId="21EC256F" w:rsidR="00B214F3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 xml:space="preserve">V </w:t>
            </w:r>
            <w:r w:rsidR="00B214F3"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(V</w:t>
            </w:r>
            <w:r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olts</w:t>
            </w:r>
            <w:r w:rsidR="00B214F3"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)</w:t>
            </w:r>
          </w:p>
        </w:tc>
        <w:tc>
          <w:tcPr>
            <w:tcW w:w="2510" w:type="dxa"/>
            <w:shd w:val="clear" w:color="auto" w:fill="D9D9D9"/>
            <w:vAlign w:val="center"/>
          </w:tcPr>
          <w:p w14:paraId="722ABF5E" w14:textId="77777777" w:rsid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Record the Measured Current</w:t>
            </w:r>
          </w:p>
          <w:p w14:paraId="5AB504D3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  <w:p w14:paraId="6CFC6185" w14:textId="526C0748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I (A</w:t>
            </w:r>
            <w:r w:rsidR="002B28F6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mps</w:t>
            </w: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)</w:t>
            </w:r>
          </w:p>
        </w:tc>
        <w:tc>
          <w:tcPr>
            <w:tcW w:w="2510" w:type="dxa"/>
            <w:shd w:val="clear" w:color="auto" w:fill="D9D9D9"/>
            <w:vAlign w:val="center"/>
          </w:tcPr>
          <w:p w14:paraId="29362C92" w14:textId="77777777" w:rsid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 w:rsidRPr="00B214F3"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Calculate the Resistance</w:t>
            </w:r>
          </w:p>
          <w:p w14:paraId="1FA431BC" w14:textId="0601A84D" w:rsidR="00B214F3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w:r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  <w:t>R (ohms)</w:t>
            </w:r>
          </w:p>
          <w:p w14:paraId="1E589D41" w14:textId="5F3130C4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  <m:oMathPara>
              <m:oMath>
                <m:r>
                  <w:rPr>
                    <w:rFonts w:ascii="Cambria Math" w:eastAsia="MinionPro-Regular" w:hAnsi="Cambria Math" w:cs="Times New Roman"/>
                    <w:sz w:val="28"/>
                    <w:szCs w:val="28"/>
                    <w:lang w:val="en-CA" w:eastAsia="en-CA"/>
                  </w:rPr>
                  <m:t>V = IR</m:t>
                </m:r>
              </m:oMath>
            </m:oMathPara>
          </w:p>
        </w:tc>
      </w:tr>
      <w:tr w:rsidR="00B214F3" w:rsidRPr="00B214F3" w14:paraId="183FFF66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2D4DC9EE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1C4870A7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22166B32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511B1D4D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B214F3" w:rsidRPr="00B214F3" w14:paraId="2AE3C25E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6A359929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2541A113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61CD0DF2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129CF806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B214F3" w:rsidRPr="00B214F3" w14:paraId="41E32123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7EA44EDC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00724F67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3C5CD119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4FCE8C24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B214F3" w:rsidRPr="00B214F3" w14:paraId="144225CD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417B104F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292D8350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52135B05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4B97A92E" w14:textId="77777777" w:rsidR="00B214F3" w:rsidRPr="00B214F3" w:rsidRDefault="00B214F3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2B28F6" w:rsidRPr="00B214F3" w14:paraId="136B6EF5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1968EE55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698BF08B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3897F125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380ADA74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2B28F6" w:rsidRPr="00B214F3" w14:paraId="2E65BF8C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4566CA40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1369C00F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5AF9CBE0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3C0F34B4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  <w:tr w:rsidR="002B28F6" w:rsidRPr="00B214F3" w14:paraId="2678B553" w14:textId="77777777" w:rsidTr="002B28F6">
        <w:trPr>
          <w:trHeight w:val="1021"/>
        </w:trPr>
        <w:tc>
          <w:tcPr>
            <w:tcW w:w="2510" w:type="dxa"/>
            <w:shd w:val="clear" w:color="auto" w:fill="F2F2F2"/>
            <w:vAlign w:val="center"/>
          </w:tcPr>
          <w:p w14:paraId="65636007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3067E1A8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vAlign w:val="center"/>
          </w:tcPr>
          <w:p w14:paraId="1C48C034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  <w:tc>
          <w:tcPr>
            <w:tcW w:w="2510" w:type="dxa"/>
            <w:shd w:val="clear" w:color="auto" w:fill="F2F2F2"/>
            <w:vAlign w:val="center"/>
          </w:tcPr>
          <w:p w14:paraId="2E023A06" w14:textId="77777777" w:rsidR="002B28F6" w:rsidRPr="00B214F3" w:rsidRDefault="002B28F6" w:rsidP="00B214F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MinionPro-Regular" w:hAnsi="Times New Roman" w:cs="Times New Roman"/>
                <w:sz w:val="28"/>
                <w:szCs w:val="28"/>
                <w:lang w:val="en-CA" w:eastAsia="en-CA"/>
              </w:rPr>
            </w:pPr>
          </w:p>
        </w:tc>
      </w:tr>
    </w:tbl>
    <w:p w14:paraId="48951E11" w14:textId="6BC53727" w:rsidR="00B214F3" w:rsidRDefault="00B214F3">
      <w:pPr>
        <w:rPr>
          <w:rFonts w:ascii="Times New Roman" w:eastAsia="MinionPro-Regular" w:hAnsi="Times New Roman" w:cs="Times New Roman"/>
          <w:sz w:val="24"/>
          <w:szCs w:val="24"/>
          <w:lang w:val="en-CA" w:eastAsia="en-CA"/>
        </w:rPr>
      </w:pPr>
    </w:p>
    <w:sectPr w:rsidR="00B214F3" w:rsidSect="00B214F3">
      <w:type w:val="continuous"/>
      <w:pgSz w:w="12240" w:h="15840"/>
      <w:pgMar w:top="709" w:right="1183" w:bottom="567" w:left="1134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EE275" w14:textId="77777777" w:rsidR="007D2502" w:rsidRDefault="007D2502">
      <w:pPr>
        <w:spacing w:after="0" w:line="240" w:lineRule="auto"/>
      </w:pPr>
      <w:r>
        <w:separator/>
      </w:r>
    </w:p>
  </w:endnote>
  <w:endnote w:type="continuationSeparator" w:id="0">
    <w:p w14:paraId="132250E5" w14:textId="77777777" w:rsidR="007D2502" w:rsidRDefault="007D2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MinionPro-Regular">
    <w:charset w:val="00"/>
    <w:family w:val="auto"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88BEA" w14:textId="77777777" w:rsidR="007D2502" w:rsidRDefault="007D2502">
      <w:pPr>
        <w:spacing w:after="0" w:line="240" w:lineRule="auto"/>
      </w:pPr>
      <w:r>
        <w:separator/>
      </w:r>
    </w:p>
  </w:footnote>
  <w:footnote w:type="continuationSeparator" w:id="0">
    <w:p w14:paraId="21059063" w14:textId="77777777" w:rsidR="007D2502" w:rsidRDefault="007D25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83E1B19"/>
    <w:multiLevelType w:val="hybridMultilevel"/>
    <w:tmpl w:val="E6B6781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985272">
    <w:abstractNumId w:val="8"/>
  </w:num>
  <w:num w:numId="2" w16cid:durableId="56325166">
    <w:abstractNumId w:val="6"/>
  </w:num>
  <w:num w:numId="3" w16cid:durableId="2064211948">
    <w:abstractNumId w:val="5"/>
  </w:num>
  <w:num w:numId="4" w16cid:durableId="26679734">
    <w:abstractNumId w:val="4"/>
  </w:num>
  <w:num w:numId="5" w16cid:durableId="311830229">
    <w:abstractNumId w:val="7"/>
  </w:num>
  <w:num w:numId="6" w16cid:durableId="183397822">
    <w:abstractNumId w:val="3"/>
  </w:num>
  <w:num w:numId="7" w16cid:durableId="9794713">
    <w:abstractNumId w:val="2"/>
  </w:num>
  <w:num w:numId="8" w16cid:durableId="566842515">
    <w:abstractNumId w:val="1"/>
  </w:num>
  <w:num w:numId="9" w16cid:durableId="1234660817">
    <w:abstractNumId w:val="0"/>
  </w:num>
  <w:num w:numId="10" w16cid:durableId="13554999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51D1"/>
    <w:rsid w:val="000314EA"/>
    <w:rsid w:val="00034616"/>
    <w:rsid w:val="0006063C"/>
    <w:rsid w:val="00104709"/>
    <w:rsid w:val="0015074B"/>
    <w:rsid w:val="00167B20"/>
    <w:rsid w:val="001A0E79"/>
    <w:rsid w:val="00222950"/>
    <w:rsid w:val="002323A5"/>
    <w:rsid w:val="002344B8"/>
    <w:rsid w:val="002807BB"/>
    <w:rsid w:val="00287359"/>
    <w:rsid w:val="0029639D"/>
    <w:rsid w:val="002B28F6"/>
    <w:rsid w:val="00326F90"/>
    <w:rsid w:val="00376ED2"/>
    <w:rsid w:val="00385536"/>
    <w:rsid w:val="003E3BAB"/>
    <w:rsid w:val="005064C6"/>
    <w:rsid w:val="005909E0"/>
    <w:rsid w:val="005D2564"/>
    <w:rsid w:val="00606DD0"/>
    <w:rsid w:val="00606E83"/>
    <w:rsid w:val="006A6F93"/>
    <w:rsid w:val="006F3EEA"/>
    <w:rsid w:val="007D2502"/>
    <w:rsid w:val="00881281"/>
    <w:rsid w:val="00897DE8"/>
    <w:rsid w:val="008C2B1A"/>
    <w:rsid w:val="008D582D"/>
    <w:rsid w:val="0095053F"/>
    <w:rsid w:val="009B6F60"/>
    <w:rsid w:val="009E2DC9"/>
    <w:rsid w:val="009F11E9"/>
    <w:rsid w:val="00A00EBB"/>
    <w:rsid w:val="00A77B48"/>
    <w:rsid w:val="00AA1D8D"/>
    <w:rsid w:val="00AE36F5"/>
    <w:rsid w:val="00B02240"/>
    <w:rsid w:val="00B07530"/>
    <w:rsid w:val="00B12506"/>
    <w:rsid w:val="00B214F3"/>
    <w:rsid w:val="00B47730"/>
    <w:rsid w:val="00C040F7"/>
    <w:rsid w:val="00C95172"/>
    <w:rsid w:val="00CA19C6"/>
    <w:rsid w:val="00CB0664"/>
    <w:rsid w:val="00D60D0E"/>
    <w:rsid w:val="00EF2EB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61DFA9"/>
  <w14:defaultImageDpi w14:val="300"/>
  <w15:docId w15:val="{94E67E27-CCF5-43C7-A8F8-3738F727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824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Darcy House</cp:lastModifiedBy>
  <cp:revision>15</cp:revision>
  <cp:lastPrinted>2026-03-28T20:15:00Z</cp:lastPrinted>
  <dcterms:created xsi:type="dcterms:W3CDTF">2013-12-23T23:15:00Z</dcterms:created>
  <dcterms:modified xsi:type="dcterms:W3CDTF">2026-03-28T20:21:00Z</dcterms:modified>
  <cp:category/>
</cp:coreProperties>
</file>