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F507E" w14:textId="47CE0124" w:rsidR="008B01AF" w:rsidRPr="000C0442" w:rsidRDefault="00000000" w:rsidP="00554383">
      <w:pPr>
        <w:pStyle w:val="Heading1"/>
        <w:keepNext w:val="0"/>
        <w:keepLines w:val="0"/>
        <w:widowControl w:val="0"/>
        <w:spacing w:before="0"/>
        <w:jc w:val="center"/>
        <w:rPr>
          <w:rFonts w:ascii="Times New Roman" w:hAnsi="Times New Roman" w:cs="Times New Roman"/>
          <w:b w:val="0"/>
          <w:bCs w:val="0"/>
          <w:color w:val="auto"/>
          <w:sz w:val="32"/>
          <w:szCs w:val="32"/>
        </w:rPr>
      </w:pPr>
      <w:r w:rsidRPr="000C0442">
        <w:rPr>
          <w:rFonts w:ascii="Times New Roman" w:hAnsi="Times New Roman" w:cs="Times New Roman"/>
          <w:b w:val="0"/>
          <w:bCs w:val="0"/>
          <w:color w:val="auto"/>
          <w:sz w:val="32"/>
          <w:szCs w:val="32"/>
        </w:rPr>
        <w:t xml:space="preserve">Circuits </w:t>
      </w:r>
      <w:r w:rsidR="00531FED" w:rsidRPr="000C0442">
        <w:rPr>
          <w:rFonts w:ascii="Times New Roman" w:hAnsi="Times New Roman" w:cs="Times New Roman"/>
          <w:b w:val="0"/>
          <w:bCs w:val="0"/>
          <w:color w:val="auto"/>
          <w:sz w:val="32"/>
          <w:szCs w:val="32"/>
        </w:rPr>
        <w:t>Simulation</w:t>
      </w:r>
    </w:p>
    <w:p w14:paraId="4D52390A" w14:textId="77777777" w:rsidR="00554383" w:rsidRPr="00554383" w:rsidRDefault="00554383" w:rsidP="00554383">
      <w:pPr>
        <w:spacing w:after="0"/>
      </w:pPr>
    </w:p>
    <w:p w14:paraId="775481F4" w14:textId="000A75CA" w:rsidR="006848CD" w:rsidRPr="00226F88" w:rsidRDefault="006848CD" w:rsidP="006848CD">
      <w:pPr>
        <w:pStyle w:val="ListParagraph"/>
        <w:widowControl w:val="0"/>
        <w:numPr>
          <w:ilvl w:val="0"/>
          <w:numId w:val="10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226F88">
        <w:rPr>
          <w:rFonts w:ascii="Times New Roman" w:hAnsi="Times New Roman" w:cs="Times New Roman"/>
          <w:sz w:val="24"/>
          <w:szCs w:val="24"/>
        </w:rPr>
        <w:t>uild a table</w:t>
      </w:r>
      <w:r>
        <w:rPr>
          <w:rFonts w:ascii="Times New Roman" w:hAnsi="Times New Roman" w:cs="Times New Roman"/>
          <w:sz w:val="24"/>
          <w:szCs w:val="24"/>
        </w:rPr>
        <w:t xml:space="preserve"> to organize your data</w:t>
      </w:r>
      <w:r w:rsidRPr="00226F88">
        <w:rPr>
          <w:rFonts w:ascii="Times New Roman" w:hAnsi="Times New Roman" w:cs="Times New Roman"/>
          <w:sz w:val="24"/>
          <w:szCs w:val="24"/>
        </w:rPr>
        <w:t>.</w:t>
      </w:r>
    </w:p>
    <w:p w14:paraId="12BB1B05" w14:textId="65B78BA5" w:rsidR="006848CD" w:rsidRDefault="006848CD" w:rsidP="006848CD">
      <w:pPr>
        <w:pStyle w:val="ListParagraph"/>
        <w:widowControl w:val="0"/>
        <w:numPr>
          <w:ilvl w:val="0"/>
          <w:numId w:val="10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Calculate</w:t>
      </w:r>
      <w:r w:rsidRPr="00226F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Resistance</w:t>
      </w:r>
      <w:r w:rsidRPr="00226F88">
        <w:rPr>
          <w:rFonts w:ascii="Times New Roman" w:hAnsi="Times New Roman" w:cs="Times New Roman"/>
          <w:sz w:val="24"/>
          <w:szCs w:val="24"/>
        </w:rPr>
        <w:t xml:space="preserve"> (</w:t>
      </w:r>
      <w:r w:rsidRPr="006848CD">
        <w:rPr>
          <w:rFonts w:ascii="Cambria Math" w:hAnsi="Cambria Math" w:cs="Times New Roman"/>
          <w:iCs/>
          <w:sz w:val="24"/>
          <w:szCs w:val="24"/>
        </w:rPr>
        <w:t>Ω</w:t>
      </w:r>
      <w:r w:rsidRPr="00226F8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of each resistor and through the total circuit.</w:t>
      </w:r>
    </w:p>
    <w:p w14:paraId="64BBDAB7" w14:textId="2D4E5B8D" w:rsidR="006848CD" w:rsidRDefault="006848CD" w:rsidP="006848CD">
      <w:pPr>
        <w:pStyle w:val="ListParagraph"/>
        <w:widowControl w:val="0"/>
        <w:numPr>
          <w:ilvl w:val="0"/>
          <w:numId w:val="10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Calculate</w:t>
      </w:r>
      <w:r w:rsidRPr="00226F88">
        <w:rPr>
          <w:rFonts w:ascii="Times New Roman" w:hAnsi="Times New Roman" w:cs="Times New Roman"/>
          <w:sz w:val="24"/>
          <w:szCs w:val="24"/>
        </w:rPr>
        <w:t xml:space="preserve"> Voltage</w:t>
      </w:r>
      <w:r>
        <w:rPr>
          <w:rFonts w:ascii="Times New Roman" w:hAnsi="Times New Roman" w:cs="Times New Roman"/>
          <w:sz w:val="24"/>
          <w:szCs w:val="24"/>
        </w:rPr>
        <w:t xml:space="preserve"> Drain</w:t>
      </w:r>
      <w:r w:rsidRPr="00226F88">
        <w:rPr>
          <w:rFonts w:ascii="Times New Roman" w:hAnsi="Times New Roman" w:cs="Times New Roman"/>
          <w:sz w:val="24"/>
          <w:szCs w:val="24"/>
        </w:rPr>
        <w:t xml:space="preserve"> (V) </w:t>
      </w:r>
      <w:r>
        <w:rPr>
          <w:rFonts w:ascii="Times New Roman" w:hAnsi="Times New Roman" w:cs="Times New Roman"/>
          <w:sz w:val="24"/>
          <w:szCs w:val="24"/>
        </w:rPr>
        <w:t>for each resistor and for the total circuit.</w:t>
      </w:r>
      <w:r w:rsidRPr="00226F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9E076F" w14:textId="77777777" w:rsidR="00AC250B" w:rsidRDefault="006848CD" w:rsidP="00AC250B">
      <w:pPr>
        <w:pStyle w:val="ListParagraph"/>
        <w:widowControl w:val="0"/>
        <w:numPr>
          <w:ilvl w:val="0"/>
          <w:numId w:val="10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Calculate</w:t>
      </w:r>
      <w:r w:rsidRPr="00226F88">
        <w:rPr>
          <w:rFonts w:ascii="Times New Roman" w:hAnsi="Times New Roman" w:cs="Times New Roman"/>
          <w:sz w:val="24"/>
          <w:szCs w:val="24"/>
        </w:rPr>
        <w:t xml:space="preserve"> Current (I)</w:t>
      </w:r>
      <w:r>
        <w:rPr>
          <w:rFonts w:ascii="Times New Roman" w:hAnsi="Times New Roman" w:cs="Times New Roman"/>
          <w:sz w:val="24"/>
          <w:szCs w:val="24"/>
        </w:rPr>
        <w:t xml:space="preserve"> into each resistor and through the total circuit.</w:t>
      </w:r>
    </w:p>
    <w:p w14:paraId="625F00F1" w14:textId="77777777" w:rsidR="00AC250B" w:rsidRPr="00AC250B" w:rsidRDefault="00AC250B" w:rsidP="00AC250B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7CAD715" w14:textId="77777777" w:rsidR="00AC250B" w:rsidRDefault="00AC250B" w:rsidP="00AC250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250B">
        <w:rPr>
          <w:rFonts w:ascii="Times New Roman" w:eastAsia="Times New Roman" w:hAnsi="Times New Roman" w:cs="Times New Roman"/>
          <w:bCs/>
          <w:sz w:val="32"/>
          <w:szCs w:val="32"/>
        </w:rPr>
        <w:t>Do an Internet search for “</w:t>
      </w:r>
      <w:proofErr w:type="spellStart"/>
      <w:r w:rsidRPr="00AC250B">
        <w:rPr>
          <w:rFonts w:ascii="Times New Roman" w:eastAsia="Times New Roman" w:hAnsi="Times New Roman" w:cs="Times New Roman"/>
          <w:bCs/>
          <w:sz w:val="32"/>
          <w:szCs w:val="32"/>
        </w:rPr>
        <w:t>pHET</w:t>
      </w:r>
      <w:proofErr w:type="spellEnd"/>
      <w:r w:rsidRPr="00AC250B">
        <w:rPr>
          <w:rFonts w:ascii="Times New Roman" w:eastAsia="Times New Roman" w:hAnsi="Times New Roman" w:cs="Times New Roman"/>
          <w:bCs/>
          <w:sz w:val="32"/>
          <w:szCs w:val="32"/>
        </w:rPr>
        <w:t xml:space="preserve"> DC circuit” or go to</w:t>
      </w:r>
      <w:r w:rsidRPr="00AC250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501BC317" w14:textId="0C11893E" w:rsidR="00AC250B" w:rsidRPr="00AC250B" w:rsidRDefault="00AC250B" w:rsidP="00AC250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AC250B">
        <w:rPr>
          <w:rFonts w:ascii="Times New Roman" w:eastAsia="Calibri" w:hAnsi="Times New Roman" w:cs="Times New Roman"/>
          <w:bCs/>
          <w:color w:val="0000FF"/>
          <w:sz w:val="24"/>
          <w:szCs w:val="24"/>
        </w:rPr>
        <w:t xml:space="preserve">https://phet.colorado.edu/en/simulation/circuit-construction-kit-dc-virtual-lab </w:t>
      </w:r>
      <w:r w:rsidRPr="00AC250B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 </w:t>
      </w:r>
    </w:p>
    <w:p w14:paraId="3DC8BE4D" w14:textId="5BAA0603" w:rsidR="00AC250B" w:rsidRDefault="00AC250B" w:rsidP="00AC250B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250B">
        <w:rPr>
          <w:rFonts w:ascii="Times New Roman" w:eastAsia="Times New Roman" w:hAnsi="Times New Roman" w:cs="Times New Roman"/>
          <w:bCs/>
          <w:sz w:val="24"/>
          <w:szCs w:val="24"/>
        </w:rPr>
        <w:t xml:space="preserve">Select “Circuit Construction Kit: DC”. </w:t>
      </w:r>
    </w:p>
    <w:p w14:paraId="0D43B759" w14:textId="77777777" w:rsidR="00AC250B" w:rsidRPr="00AC250B" w:rsidRDefault="00AC250B" w:rsidP="00AC250B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14:paraId="5107AA0E" w14:textId="77777777" w:rsidR="00AC250B" w:rsidRDefault="00AC250B" w:rsidP="00AC250B">
      <w:pPr>
        <w:pStyle w:val="ListParagraph"/>
        <w:widowControl w:val="0"/>
        <w:numPr>
          <w:ilvl w:val="0"/>
          <w:numId w:val="10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C250B">
        <w:rPr>
          <w:rFonts w:ascii="Times New Roman" w:hAnsi="Times New Roman" w:cs="Times New Roman"/>
          <w:sz w:val="24"/>
          <w:szCs w:val="24"/>
        </w:rPr>
        <w:t xml:space="preserve">Build a matching digital circuit using the Circuit Construction Kit. </w:t>
      </w:r>
    </w:p>
    <w:p w14:paraId="46108E42" w14:textId="77777777" w:rsidR="00AC250B" w:rsidRDefault="00AC250B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FEAAB26" w14:textId="2E13BB98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55438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7488" behindDoc="0" locked="0" layoutInCell="1" allowOverlap="1" wp14:anchorId="67E42129" wp14:editId="3DC01344">
            <wp:simplePos x="0" y="0"/>
            <wp:positionH relativeFrom="column">
              <wp:posOffset>393065</wp:posOffset>
            </wp:positionH>
            <wp:positionV relativeFrom="paragraph">
              <wp:posOffset>191770</wp:posOffset>
            </wp:positionV>
            <wp:extent cx="2409825" cy="1600200"/>
            <wp:effectExtent l="0" t="0" r="9525" b="0"/>
            <wp:wrapSquare wrapText="bothSides"/>
            <wp:docPr id="1042164512" name="Picture 1" descr="A diagram of a circ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164512" name="Picture 1" descr="A diagram of a circui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9BA6C2" w14:textId="2087C6D2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55438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8512" behindDoc="0" locked="0" layoutInCell="1" allowOverlap="1" wp14:anchorId="66206933" wp14:editId="44EE14A6">
            <wp:simplePos x="0" y="0"/>
            <wp:positionH relativeFrom="column">
              <wp:posOffset>3444240</wp:posOffset>
            </wp:positionH>
            <wp:positionV relativeFrom="paragraph">
              <wp:posOffset>8890</wp:posOffset>
            </wp:positionV>
            <wp:extent cx="2379345" cy="1466850"/>
            <wp:effectExtent l="0" t="0" r="1905" b="0"/>
            <wp:wrapSquare wrapText="bothSides"/>
            <wp:docPr id="1396981909" name="Picture 1" descr="A diagram of a circ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981909" name="Picture 1" descr="A diagram of a circui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7934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D3F370" w14:textId="1806B3D5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2B8D4601" w14:textId="5AC30EE3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39027C6" w14:textId="5A01D2A3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FC0E1C5" w14:textId="77777777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00CD9954" w14:textId="77777777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4AEFE10" w14:textId="77777777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1FB401A" w14:textId="77777777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AE35513" w14:textId="308D7975" w:rsidR="006848CD" w:rsidRDefault="006848CD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386527A5" w14:textId="3E793F4B" w:rsidR="006848CD" w:rsidRPr="006848CD" w:rsidRDefault="001A7F01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 wp14:anchorId="1CFAEFF0" wp14:editId="5A0F8852">
            <wp:simplePos x="0" y="0"/>
            <wp:positionH relativeFrom="column">
              <wp:posOffset>4107089</wp:posOffset>
            </wp:positionH>
            <wp:positionV relativeFrom="paragraph">
              <wp:posOffset>93073</wp:posOffset>
            </wp:positionV>
            <wp:extent cx="2546985" cy="2515870"/>
            <wp:effectExtent l="0" t="0" r="5715" b="0"/>
            <wp:wrapSquare wrapText="bothSides"/>
            <wp:docPr id="18415214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985" cy="251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4656" behindDoc="0" locked="0" layoutInCell="1" allowOverlap="1" wp14:anchorId="6EE58559" wp14:editId="127BCC03">
            <wp:simplePos x="0" y="0"/>
            <wp:positionH relativeFrom="column">
              <wp:posOffset>2139315</wp:posOffset>
            </wp:positionH>
            <wp:positionV relativeFrom="paragraph">
              <wp:posOffset>165735</wp:posOffset>
            </wp:positionV>
            <wp:extent cx="1765300" cy="2545080"/>
            <wp:effectExtent l="0" t="0" r="6350" b="7620"/>
            <wp:wrapSquare wrapText="bothSides"/>
            <wp:docPr id="7439010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CA1F36" w14:textId="472E6EBE" w:rsidR="00DA3266" w:rsidRPr="00554383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55438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36224" behindDoc="0" locked="0" layoutInCell="1" allowOverlap="1" wp14:anchorId="6F16A50E" wp14:editId="5B5B3C33">
            <wp:simplePos x="0" y="0"/>
            <wp:positionH relativeFrom="column">
              <wp:posOffset>-635</wp:posOffset>
            </wp:positionH>
            <wp:positionV relativeFrom="paragraph">
              <wp:posOffset>8890</wp:posOffset>
            </wp:positionV>
            <wp:extent cx="1701399" cy="2260600"/>
            <wp:effectExtent l="0" t="0" r="0" b="6350"/>
            <wp:wrapSquare wrapText="bothSides"/>
            <wp:docPr id="2112831249" name="Picture 1" descr="A diagram of a circ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831249" name="Picture 1" descr="A diagram of a circui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01399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1C3E7F" w14:textId="75D5EC55" w:rsidR="00DA3266" w:rsidRPr="00554383" w:rsidRDefault="00DA3266" w:rsidP="006848CD">
      <w:pPr>
        <w:widowControl w:val="0"/>
        <w:spacing w:after="0"/>
        <w:ind w:left="142"/>
        <w:rPr>
          <w:rFonts w:ascii="Times New Roman" w:hAnsi="Times New Roman" w:cs="Times New Roman"/>
          <w:sz w:val="24"/>
          <w:szCs w:val="24"/>
        </w:rPr>
      </w:pPr>
    </w:p>
    <w:p w14:paraId="0B966CD9" w14:textId="77D217B1" w:rsidR="00DA3266" w:rsidRPr="00554383" w:rsidRDefault="00DA3266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81E40B3" w14:textId="2A9DADE9" w:rsidR="00DA3266" w:rsidRDefault="00DA3266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BA4FF00" w14:textId="778934B3" w:rsidR="00DA3266" w:rsidRDefault="00DA3266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7A14BF75" w14:textId="0C70A49C" w:rsidR="00DA3266" w:rsidRDefault="00DA3266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C12993C" w14:textId="689452FB" w:rsidR="00DA3266" w:rsidRDefault="00DA3266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08D85E3" w14:textId="67B607A6" w:rsidR="00DA3266" w:rsidRDefault="00DA3266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2F8CCD88" w14:textId="69D72F3D" w:rsidR="006848CD" w:rsidRDefault="006848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830A5B3" w14:textId="49E9F5F0" w:rsidR="006848CD" w:rsidRPr="00226F88" w:rsidRDefault="006848CD" w:rsidP="006848CD">
      <w:pPr>
        <w:pStyle w:val="ListParagraph"/>
        <w:widowControl w:val="0"/>
        <w:numPr>
          <w:ilvl w:val="0"/>
          <w:numId w:val="11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</w:t>
      </w:r>
      <w:r w:rsidRPr="00226F88">
        <w:rPr>
          <w:rFonts w:ascii="Times New Roman" w:hAnsi="Times New Roman" w:cs="Times New Roman"/>
          <w:sz w:val="24"/>
          <w:szCs w:val="24"/>
        </w:rPr>
        <w:t>uild a table</w:t>
      </w:r>
      <w:r>
        <w:rPr>
          <w:rFonts w:ascii="Times New Roman" w:hAnsi="Times New Roman" w:cs="Times New Roman"/>
          <w:sz w:val="24"/>
          <w:szCs w:val="24"/>
        </w:rPr>
        <w:t xml:space="preserve"> to organize your data</w:t>
      </w:r>
      <w:r w:rsidRPr="00226F88">
        <w:rPr>
          <w:rFonts w:ascii="Times New Roman" w:hAnsi="Times New Roman" w:cs="Times New Roman"/>
          <w:sz w:val="24"/>
          <w:szCs w:val="24"/>
        </w:rPr>
        <w:t>.</w:t>
      </w:r>
    </w:p>
    <w:p w14:paraId="2D51B1E0" w14:textId="77777777" w:rsidR="006848CD" w:rsidRDefault="006848CD" w:rsidP="006848CD">
      <w:pPr>
        <w:pStyle w:val="ListParagraph"/>
        <w:widowControl w:val="0"/>
        <w:numPr>
          <w:ilvl w:val="0"/>
          <w:numId w:val="11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Calculate</w:t>
      </w:r>
      <w:r w:rsidRPr="00226F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Resistance</w:t>
      </w:r>
      <w:r w:rsidRPr="00226F88">
        <w:rPr>
          <w:rFonts w:ascii="Times New Roman" w:hAnsi="Times New Roman" w:cs="Times New Roman"/>
          <w:sz w:val="24"/>
          <w:szCs w:val="24"/>
        </w:rPr>
        <w:t xml:space="preserve"> (</w:t>
      </w:r>
      <w:r w:rsidRPr="006848CD">
        <w:rPr>
          <w:rFonts w:ascii="Cambria Math" w:hAnsi="Cambria Math" w:cs="Times New Roman"/>
          <w:iCs/>
          <w:sz w:val="24"/>
          <w:szCs w:val="24"/>
        </w:rPr>
        <w:t>Ω</w:t>
      </w:r>
      <w:r w:rsidRPr="00226F8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of each resistor and through the total circuit.</w:t>
      </w:r>
    </w:p>
    <w:p w14:paraId="32219CCB" w14:textId="77777777" w:rsidR="006848CD" w:rsidRDefault="006848CD" w:rsidP="006848CD">
      <w:pPr>
        <w:pStyle w:val="ListParagraph"/>
        <w:widowControl w:val="0"/>
        <w:numPr>
          <w:ilvl w:val="0"/>
          <w:numId w:val="11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Calculate</w:t>
      </w:r>
      <w:r w:rsidRPr="00226F88">
        <w:rPr>
          <w:rFonts w:ascii="Times New Roman" w:hAnsi="Times New Roman" w:cs="Times New Roman"/>
          <w:sz w:val="24"/>
          <w:szCs w:val="24"/>
        </w:rPr>
        <w:t xml:space="preserve"> Voltage</w:t>
      </w:r>
      <w:r>
        <w:rPr>
          <w:rFonts w:ascii="Times New Roman" w:hAnsi="Times New Roman" w:cs="Times New Roman"/>
          <w:sz w:val="24"/>
          <w:szCs w:val="24"/>
        </w:rPr>
        <w:t xml:space="preserve"> Drain</w:t>
      </w:r>
      <w:r w:rsidRPr="00226F88">
        <w:rPr>
          <w:rFonts w:ascii="Times New Roman" w:hAnsi="Times New Roman" w:cs="Times New Roman"/>
          <w:sz w:val="24"/>
          <w:szCs w:val="24"/>
        </w:rPr>
        <w:t xml:space="preserve"> (V) </w:t>
      </w:r>
      <w:r>
        <w:rPr>
          <w:rFonts w:ascii="Times New Roman" w:hAnsi="Times New Roman" w:cs="Times New Roman"/>
          <w:sz w:val="24"/>
          <w:szCs w:val="24"/>
        </w:rPr>
        <w:t>for each resistor and for the total circuit.</w:t>
      </w:r>
      <w:r w:rsidRPr="00226F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88D6FC" w14:textId="77777777" w:rsidR="006848CD" w:rsidRDefault="006848CD" w:rsidP="006848CD">
      <w:pPr>
        <w:pStyle w:val="ListParagraph"/>
        <w:widowControl w:val="0"/>
        <w:numPr>
          <w:ilvl w:val="0"/>
          <w:numId w:val="11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Calculate</w:t>
      </w:r>
      <w:r w:rsidRPr="00226F88">
        <w:rPr>
          <w:rFonts w:ascii="Times New Roman" w:hAnsi="Times New Roman" w:cs="Times New Roman"/>
          <w:sz w:val="24"/>
          <w:szCs w:val="24"/>
        </w:rPr>
        <w:t xml:space="preserve"> Current (I)</w:t>
      </w:r>
      <w:r>
        <w:rPr>
          <w:rFonts w:ascii="Times New Roman" w:hAnsi="Times New Roman" w:cs="Times New Roman"/>
          <w:sz w:val="24"/>
          <w:szCs w:val="24"/>
        </w:rPr>
        <w:t xml:space="preserve"> into each resistor and through the total circuit.</w:t>
      </w:r>
    </w:p>
    <w:p w14:paraId="7CACF6F3" w14:textId="77777777" w:rsidR="00AC250B" w:rsidRPr="00AC250B" w:rsidRDefault="00AC250B" w:rsidP="00AC250B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28AB035" w14:textId="77777777" w:rsidR="00AC250B" w:rsidRDefault="00AC250B" w:rsidP="00AC250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250B">
        <w:rPr>
          <w:rFonts w:ascii="Times New Roman" w:eastAsia="Times New Roman" w:hAnsi="Times New Roman" w:cs="Times New Roman"/>
          <w:bCs/>
          <w:sz w:val="32"/>
          <w:szCs w:val="32"/>
        </w:rPr>
        <w:t>Do an Internet search for “</w:t>
      </w:r>
      <w:proofErr w:type="spellStart"/>
      <w:r w:rsidRPr="00AC250B">
        <w:rPr>
          <w:rFonts w:ascii="Times New Roman" w:eastAsia="Times New Roman" w:hAnsi="Times New Roman" w:cs="Times New Roman"/>
          <w:bCs/>
          <w:sz w:val="32"/>
          <w:szCs w:val="32"/>
        </w:rPr>
        <w:t>pHET</w:t>
      </w:r>
      <w:proofErr w:type="spellEnd"/>
      <w:r w:rsidRPr="00AC250B">
        <w:rPr>
          <w:rFonts w:ascii="Times New Roman" w:eastAsia="Times New Roman" w:hAnsi="Times New Roman" w:cs="Times New Roman"/>
          <w:bCs/>
          <w:sz w:val="32"/>
          <w:szCs w:val="32"/>
        </w:rPr>
        <w:t xml:space="preserve"> DC circuit” or go to</w:t>
      </w:r>
      <w:r w:rsidRPr="00AC250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6D969254" w14:textId="77777777" w:rsidR="00AC250B" w:rsidRPr="00AC250B" w:rsidRDefault="00AC250B" w:rsidP="00AC250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AC250B">
        <w:rPr>
          <w:rFonts w:ascii="Times New Roman" w:eastAsia="Calibri" w:hAnsi="Times New Roman" w:cs="Times New Roman"/>
          <w:bCs/>
          <w:color w:val="0000FF"/>
          <w:sz w:val="24"/>
          <w:szCs w:val="24"/>
        </w:rPr>
        <w:t xml:space="preserve">https://phet.colorado.edu/en/simulation/circuit-construction-kit-dc-virtual-lab </w:t>
      </w:r>
      <w:r w:rsidRPr="00AC250B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 </w:t>
      </w:r>
    </w:p>
    <w:p w14:paraId="44789FBE" w14:textId="77777777" w:rsidR="00AC250B" w:rsidRDefault="00AC250B" w:rsidP="00AC250B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250B">
        <w:rPr>
          <w:rFonts w:ascii="Times New Roman" w:eastAsia="Times New Roman" w:hAnsi="Times New Roman" w:cs="Times New Roman"/>
          <w:bCs/>
          <w:sz w:val="24"/>
          <w:szCs w:val="24"/>
        </w:rPr>
        <w:t xml:space="preserve">Select “Circuit Construction Kit: DC”. </w:t>
      </w:r>
    </w:p>
    <w:p w14:paraId="62952658" w14:textId="77777777" w:rsidR="00AC250B" w:rsidRPr="00AC250B" w:rsidRDefault="00AC250B" w:rsidP="00AC250B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14:paraId="0EECF482" w14:textId="77777777" w:rsidR="00AC250B" w:rsidRDefault="00AC250B" w:rsidP="00AC250B">
      <w:pPr>
        <w:pStyle w:val="ListParagraph"/>
        <w:widowControl w:val="0"/>
        <w:numPr>
          <w:ilvl w:val="0"/>
          <w:numId w:val="10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C250B">
        <w:rPr>
          <w:rFonts w:ascii="Times New Roman" w:hAnsi="Times New Roman" w:cs="Times New Roman"/>
          <w:sz w:val="24"/>
          <w:szCs w:val="24"/>
        </w:rPr>
        <w:t xml:space="preserve">Build a matching digital circuit using the Circuit Construction Kit. </w:t>
      </w:r>
    </w:p>
    <w:p w14:paraId="336CE057" w14:textId="76164822" w:rsidR="00AC250B" w:rsidRDefault="00FA21D7" w:rsidP="00AC250B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3328" behindDoc="0" locked="0" layoutInCell="1" allowOverlap="1" wp14:anchorId="69A53ABA" wp14:editId="7F6D6179">
            <wp:simplePos x="0" y="0"/>
            <wp:positionH relativeFrom="column">
              <wp:posOffset>3764915</wp:posOffset>
            </wp:positionH>
            <wp:positionV relativeFrom="paragraph">
              <wp:posOffset>139700</wp:posOffset>
            </wp:positionV>
            <wp:extent cx="2800350" cy="2687955"/>
            <wp:effectExtent l="0" t="0" r="0" b="0"/>
            <wp:wrapSquare wrapText="bothSides"/>
            <wp:docPr id="182811286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68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721D1E" w14:textId="19F20E2B" w:rsidR="006848CD" w:rsidRDefault="00E1396B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920" behindDoc="0" locked="0" layoutInCell="1" allowOverlap="1" wp14:anchorId="75A77DA2" wp14:editId="77E34216">
            <wp:simplePos x="0" y="0"/>
            <wp:positionH relativeFrom="column">
              <wp:posOffset>3810</wp:posOffset>
            </wp:positionH>
            <wp:positionV relativeFrom="paragraph">
              <wp:posOffset>205740</wp:posOffset>
            </wp:positionV>
            <wp:extent cx="3156585" cy="1890395"/>
            <wp:effectExtent l="0" t="0" r="5715" b="0"/>
            <wp:wrapSquare wrapText="bothSides"/>
            <wp:docPr id="12186973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585" cy="189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F6CEB1" w14:textId="61AA77AB" w:rsidR="00DA3266" w:rsidRDefault="00DA3266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2F8F4E3C" w14:textId="394A6AE7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027B0189" w14:textId="78F969BF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63CE967E" w14:textId="61E15F24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7BEB3954" w14:textId="439A0C45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3882E5F0" w14:textId="0D5DFBAE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69B443F" w14:textId="3140D7AE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87A9AE1" w14:textId="02AEEE63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782AB30" w14:textId="0577E913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BCD8F01" w14:textId="435F6E8B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221F8216" w14:textId="10C4A993" w:rsidR="006848CD" w:rsidRDefault="006848CD" w:rsidP="00DA3266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6E43C34" w14:textId="36B8EB6D" w:rsidR="00554383" w:rsidRDefault="00554383" w:rsidP="00554383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4DB6895" w14:textId="55723EC2" w:rsidR="00F77037" w:rsidRDefault="00F77037" w:rsidP="00554383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061B81C4" w14:textId="03EADC80" w:rsidR="00055073" w:rsidRDefault="00AA461E" w:rsidP="00554383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220BCC" wp14:editId="4FA3431A">
            <wp:extent cx="2857500" cy="1760220"/>
            <wp:effectExtent l="0" t="0" r="0" b="0"/>
            <wp:docPr id="15851836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16FEB" w14:textId="4FD7D709" w:rsidR="00554383" w:rsidRDefault="00AA461E" w:rsidP="00554383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7DD2128F" wp14:editId="67073B72">
            <wp:simplePos x="0" y="0"/>
            <wp:positionH relativeFrom="column">
              <wp:posOffset>2987675</wp:posOffset>
            </wp:positionH>
            <wp:positionV relativeFrom="paragraph">
              <wp:posOffset>31750</wp:posOffset>
            </wp:positionV>
            <wp:extent cx="3668395" cy="2101215"/>
            <wp:effectExtent l="0" t="0" r="8255" b="0"/>
            <wp:wrapSquare wrapText="bothSides"/>
            <wp:docPr id="125787146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395" cy="210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694B36" w14:textId="2F52996F" w:rsidR="00055073" w:rsidRDefault="00055073" w:rsidP="00554383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76CF0BA7" w14:textId="3ED826CD" w:rsidR="00055073" w:rsidRDefault="00055073" w:rsidP="00554383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9D1C443" w14:textId="07244D2C" w:rsidR="00055073" w:rsidRDefault="00055073" w:rsidP="006848C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293AA4D2" w14:textId="72F75401" w:rsidR="00055073" w:rsidRDefault="00055073" w:rsidP="00554383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C5D4969" w14:textId="7DA220F8" w:rsidR="00E1396B" w:rsidRDefault="00E1396B">
      <w:pPr>
        <w:rPr>
          <w:rFonts w:ascii="Times New Roman" w:hAnsi="Times New Roman" w:cs="Times New Roman"/>
          <w:sz w:val="24"/>
          <w:szCs w:val="24"/>
        </w:rPr>
      </w:pPr>
    </w:p>
    <w:sectPr w:rsidR="00E1396B" w:rsidSect="006848CD">
      <w:pgSz w:w="12240" w:h="15840"/>
      <w:pgMar w:top="709" w:right="900" w:bottom="567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B1E6B5F"/>
    <w:multiLevelType w:val="hybridMultilevel"/>
    <w:tmpl w:val="795A0B7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C418F5"/>
    <w:multiLevelType w:val="hybridMultilevel"/>
    <w:tmpl w:val="795A0B7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439535">
    <w:abstractNumId w:val="8"/>
  </w:num>
  <w:num w:numId="2" w16cid:durableId="566302443">
    <w:abstractNumId w:val="6"/>
  </w:num>
  <w:num w:numId="3" w16cid:durableId="1282491503">
    <w:abstractNumId w:val="5"/>
  </w:num>
  <w:num w:numId="4" w16cid:durableId="1393773033">
    <w:abstractNumId w:val="4"/>
  </w:num>
  <w:num w:numId="5" w16cid:durableId="1114248133">
    <w:abstractNumId w:val="7"/>
  </w:num>
  <w:num w:numId="6" w16cid:durableId="373390359">
    <w:abstractNumId w:val="3"/>
  </w:num>
  <w:num w:numId="7" w16cid:durableId="1431125623">
    <w:abstractNumId w:val="2"/>
  </w:num>
  <w:num w:numId="8" w16cid:durableId="1625503889">
    <w:abstractNumId w:val="1"/>
  </w:num>
  <w:num w:numId="9" w16cid:durableId="1264263324">
    <w:abstractNumId w:val="0"/>
  </w:num>
  <w:num w:numId="10" w16cid:durableId="401372068">
    <w:abstractNumId w:val="10"/>
  </w:num>
  <w:num w:numId="11" w16cid:durableId="15717656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09D4"/>
    <w:rsid w:val="00034616"/>
    <w:rsid w:val="00055073"/>
    <w:rsid w:val="0006063C"/>
    <w:rsid w:val="000C0442"/>
    <w:rsid w:val="0015074B"/>
    <w:rsid w:val="001A7F01"/>
    <w:rsid w:val="002616AF"/>
    <w:rsid w:val="0029639D"/>
    <w:rsid w:val="00326F90"/>
    <w:rsid w:val="004A33A6"/>
    <w:rsid w:val="005064C6"/>
    <w:rsid w:val="00531FED"/>
    <w:rsid w:val="00554383"/>
    <w:rsid w:val="006848CD"/>
    <w:rsid w:val="00756033"/>
    <w:rsid w:val="00810EFA"/>
    <w:rsid w:val="008B01AF"/>
    <w:rsid w:val="009C34DD"/>
    <w:rsid w:val="009F3018"/>
    <w:rsid w:val="00A07B34"/>
    <w:rsid w:val="00A77B48"/>
    <w:rsid w:val="00AA1D8D"/>
    <w:rsid w:val="00AA461E"/>
    <w:rsid w:val="00AC250B"/>
    <w:rsid w:val="00B47730"/>
    <w:rsid w:val="00BC3E16"/>
    <w:rsid w:val="00BF5B2D"/>
    <w:rsid w:val="00CB0664"/>
    <w:rsid w:val="00CC094B"/>
    <w:rsid w:val="00CF6E36"/>
    <w:rsid w:val="00D16058"/>
    <w:rsid w:val="00DA3266"/>
    <w:rsid w:val="00E1396B"/>
    <w:rsid w:val="00E47B6B"/>
    <w:rsid w:val="00E83C87"/>
    <w:rsid w:val="00E9252B"/>
    <w:rsid w:val="00EF2EB6"/>
    <w:rsid w:val="00F77037"/>
    <w:rsid w:val="00FA21D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7A4748"/>
  <w14:defaultImageDpi w14:val="300"/>
  <w15:docId w15:val="{60D3670F-BBC5-48DD-BE94-C75B21746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901</Characters>
  <Application>Microsoft Office Word</Application>
  <DocSecurity>0</DocSecurity>
  <Lines>23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Darcy House</cp:lastModifiedBy>
  <cp:revision>16</cp:revision>
  <cp:lastPrinted>2026-03-28T20:15:00Z</cp:lastPrinted>
  <dcterms:created xsi:type="dcterms:W3CDTF">2013-12-23T23:15:00Z</dcterms:created>
  <dcterms:modified xsi:type="dcterms:W3CDTF">2026-03-28T20:21:00Z</dcterms:modified>
  <cp:category/>
</cp:coreProperties>
</file>