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E1822" w14:textId="236F0EC0" w:rsidR="008C2B1A" w:rsidRPr="00A00EBB" w:rsidRDefault="00EE5036" w:rsidP="00A00EBB">
      <w:pPr>
        <w:pStyle w:val="Heading1"/>
        <w:keepNext w:val="0"/>
        <w:keepLines w:val="0"/>
        <w:widowControl w:val="0"/>
        <w:spacing w:before="0"/>
        <w:jc w:val="center"/>
        <w:rPr>
          <w:rFonts w:ascii="Times New Roman" w:hAnsi="Times New Roman" w:cs="Times New Roman"/>
          <w:b w:val="0"/>
          <w:bCs w:val="0"/>
          <w:color w:val="auto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color w:val="auto"/>
          <w:sz w:val="36"/>
          <w:szCs w:val="36"/>
        </w:rPr>
        <w:t>Circuits</w:t>
      </w:r>
      <w:r w:rsidRPr="00A00EBB">
        <w:rPr>
          <w:rFonts w:ascii="Times New Roman" w:hAnsi="Times New Roman" w:cs="Times New Roman"/>
          <w:b w:val="0"/>
          <w:bCs w:val="0"/>
          <w:color w:val="auto"/>
          <w:sz w:val="36"/>
          <w:szCs w:val="36"/>
        </w:rPr>
        <w:t xml:space="preserve"> Simulation</w:t>
      </w:r>
    </w:p>
    <w:p w14:paraId="54D2CF2B" w14:textId="7523C2D4" w:rsidR="00A00EBB" w:rsidRPr="00A00EBB" w:rsidRDefault="00A00EBB" w:rsidP="00A00EBB">
      <w:pPr>
        <w:spacing w:after="0"/>
      </w:pPr>
    </w:p>
    <w:p w14:paraId="605B3D43" w14:textId="77777777" w:rsidR="008C2B1A" w:rsidRPr="00A00EBB" w:rsidRDefault="00000000" w:rsidP="00A00EBB">
      <w:pPr>
        <w:pStyle w:val="Heading2"/>
        <w:keepNext w:val="0"/>
        <w:keepLines w:val="0"/>
        <w:widowControl w:val="0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A00EBB">
        <w:rPr>
          <w:rFonts w:ascii="Times New Roman" w:hAnsi="Times New Roman" w:cs="Times New Roman"/>
          <w:color w:val="auto"/>
          <w:sz w:val="24"/>
          <w:szCs w:val="24"/>
        </w:rPr>
        <w:t>Objective</w:t>
      </w:r>
    </w:p>
    <w:p w14:paraId="32775C19" w14:textId="77777777" w:rsidR="008D582D" w:rsidRDefault="008D582D" w:rsidP="00A00EBB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6D6AF87" w14:textId="4B29AE84" w:rsidR="008D582D" w:rsidRDefault="00000000" w:rsidP="00A00EBB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A00EBB">
        <w:rPr>
          <w:rFonts w:ascii="Times New Roman" w:hAnsi="Times New Roman" w:cs="Times New Roman"/>
          <w:sz w:val="24"/>
          <w:szCs w:val="24"/>
        </w:rPr>
        <w:t xml:space="preserve">Investigate </w:t>
      </w:r>
      <w:r w:rsidR="008D582D">
        <w:rPr>
          <w:rFonts w:ascii="Times New Roman" w:hAnsi="Times New Roman" w:cs="Times New Roman"/>
          <w:sz w:val="24"/>
          <w:szCs w:val="24"/>
        </w:rPr>
        <w:t xml:space="preserve">current, voltage, and resistance </w:t>
      </w:r>
      <w:r w:rsidRPr="00A00EBB">
        <w:rPr>
          <w:rFonts w:ascii="Times New Roman" w:hAnsi="Times New Roman" w:cs="Times New Roman"/>
          <w:sz w:val="24"/>
          <w:szCs w:val="24"/>
        </w:rPr>
        <w:t>of lightbulbs in different circuits</w:t>
      </w:r>
      <w:r w:rsidR="008D58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6B7E11" w14:textId="77777777" w:rsidR="008D582D" w:rsidRDefault="008D582D" w:rsidP="00A00EBB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99733F8" w14:textId="4718A9C6" w:rsidR="008D582D" w:rsidRPr="008D582D" w:rsidRDefault="008D582D" w:rsidP="00A00EBB">
      <w:pPr>
        <w:widowControl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8D582D">
        <w:rPr>
          <w:rFonts w:ascii="Times New Roman" w:hAnsi="Times New Roman" w:cs="Times New Roman"/>
          <w:b/>
          <w:bCs/>
          <w:sz w:val="24"/>
          <w:szCs w:val="24"/>
        </w:rPr>
        <w:t>Procedure</w:t>
      </w:r>
      <w:r w:rsidR="00226F88">
        <w:rPr>
          <w:rFonts w:ascii="Times New Roman" w:hAnsi="Times New Roman" w:cs="Times New Roman"/>
          <w:b/>
          <w:bCs/>
          <w:sz w:val="24"/>
          <w:szCs w:val="24"/>
        </w:rPr>
        <w:t xml:space="preserve"> For Each Circuit.</w:t>
      </w:r>
    </w:p>
    <w:p w14:paraId="7AF3C998" w14:textId="35B740FE" w:rsidR="0074022F" w:rsidRPr="00226F88" w:rsidRDefault="0074022F" w:rsidP="00226F88">
      <w:pPr>
        <w:pStyle w:val="ListParagraph"/>
        <w:widowControl w:val="0"/>
        <w:numPr>
          <w:ilvl w:val="0"/>
          <w:numId w:val="11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26F88">
        <w:rPr>
          <w:rFonts w:ascii="Times New Roman" w:hAnsi="Times New Roman" w:cs="Times New Roman"/>
          <w:sz w:val="24"/>
          <w:szCs w:val="24"/>
        </w:rPr>
        <w:t>Construct a matching circuit with batteries and lightbulbs.</w:t>
      </w:r>
    </w:p>
    <w:p w14:paraId="3809204C" w14:textId="3E603B6B" w:rsidR="00226F88" w:rsidRDefault="0074022F" w:rsidP="00226F88">
      <w:pPr>
        <w:pStyle w:val="ListParagraph"/>
        <w:widowControl w:val="0"/>
        <w:numPr>
          <w:ilvl w:val="0"/>
          <w:numId w:val="11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26F88">
        <w:rPr>
          <w:rFonts w:ascii="Times New Roman" w:hAnsi="Times New Roman" w:cs="Times New Roman"/>
          <w:sz w:val="24"/>
          <w:szCs w:val="24"/>
        </w:rPr>
        <w:t>Measure Voltage</w:t>
      </w:r>
      <w:r w:rsidR="00226F88">
        <w:rPr>
          <w:rFonts w:ascii="Times New Roman" w:hAnsi="Times New Roman" w:cs="Times New Roman"/>
          <w:sz w:val="24"/>
          <w:szCs w:val="24"/>
        </w:rPr>
        <w:t xml:space="preserve"> Drain</w:t>
      </w:r>
      <w:r w:rsidRPr="00226F88">
        <w:rPr>
          <w:rFonts w:ascii="Times New Roman" w:hAnsi="Times New Roman" w:cs="Times New Roman"/>
          <w:sz w:val="24"/>
          <w:szCs w:val="24"/>
        </w:rPr>
        <w:t xml:space="preserve"> (V) </w:t>
      </w:r>
      <w:r w:rsidR="00226F88">
        <w:rPr>
          <w:rFonts w:ascii="Times New Roman" w:hAnsi="Times New Roman" w:cs="Times New Roman"/>
          <w:sz w:val="24"/>
          <w:szCs w:val="24"/>
        </w:rPr>
        <w:t>for each light bulb and for the total circuit.</w:t>
      </w:r>
      <w:r w:rsidRPr="00226F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5AB63A" w14:textId="0D3BABE7" w:rsidR="00226F88" w:rsidRDefault="00226F88" w:rsidP="00226F88">
      <w:pPr>
        <w:pStyle w:val="ListParagraph"/>
        <w:widowControl w:val="0"/>
        <w:numPr>
          <w:ilvl w:val="0"/>
          <w:numId w:val="11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Measure </w:t>
      </w:r>
      <w:r w:rsidR="0074022F" w:rsidRPr="00226F88">
        <w:rPr>
          <w:rFonts w:ascii="Times New Roman" w:hAnsi="Times New Roman" w:cs="Times New Roman"/>
          <w:sz w:val="24"/>
          <w:szCs w:val="24"/>
        </w:rPr>
        <w:t>Current (I)</w:t>
      </w:r>
      <w:r>
        <w:rPr>
          <w:rFonts w:ascii="Times New Roman" w:hAnsi="Times New Roman" w:cs="Times New Roman"/>
          <w:sz w:val="24"/>
          <w:szCs w:val="24"/>
        </w:rPr>
        <w:t xml:space="preserve"> into each lightbulb and through the total circuit.</w:t>
      </w:r>
    </w:p>
    <w:p w14:paraId="52639EA3" w14:textId="24434A83" w:rsidR="008D582D" w:rsidRPr="00226F88" w:rsidRDefault="00226F88" w:rsidP="00A00EBB">
      <w:pPr>
        <w:pStyle w:val="ListParagraph"/>
        <w:widowControl w:val="0"/>
        <w:numPr>
          <w:ilvl w:val="0"/>
          <w:numId w:val="11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74022F" w:rsidRPr="00226F88">
        <w:rPr>
          <w:rFonts w:ascii="Times New Roman" w:hAnsi="Times New Roman" w:cs="Times New Roman"/>
          <w:sz w:val="24"/>
          <w:szCs w:val="24"/>
        </w:rPr>
        <w:t>uild a table</w:t>
      </w:r>
      <w:r>
        <w:rPr>
          <w:rFonts w:ascii="Times New Roman" w:hAnsi="Times New Roman" w:cs="Times New Roman"/>
          <w:sz w:val="24"/>
          <w:szCs w:val="24"/>
        </w:rPr>
        <w:t xml:space="preserve"> to organize your data and calculate</w:t>
      </w:r>
      <w:r w:rsidR="0074022F" w:rsidRPr="00226F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remaining unknown values</w:t>
      </w:r>
      <w:r w:rsidR="0074022F" w:rsidRPr="00226F88">
        <w:rPr>
          <w:rFonts w:ascii="Times New Roman" w:hAnsi="Times New Roman" w:cs="Times New Roman"/>
          <w:sz w:val="24"/>
          <w:szCs w:val="24"/>
        </w:rPr>
        <w:t>.</w:t>
      </w:r>
    </w:p>
    <w:p w14:paraId="47347569" w14:textId="448E52CA" w:rsidR="00226F88" w:rsidRDefault="00226F88" w:rsidP="008D582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39808" behindDoc="0" locked="0" layoutInCell="1" allowOverlap="1" wp14:anchorId="402A7C40" wp14:editId="5BE8E301">
            <wp:simplePos x="0" y="0"/>
            <wp:positionH relativeFrom="column">
              <wp:posOffset>4674870</wp:posOffset>
            </wp:positionH>
            <wp:positionV relativeFrom="paragraph">
              <wp:posOffset>84570</wp:posOffset>
            </wp:positionV>
            <wp:extent cx="1987550" cy="2355850"/>
            <wp:effectExtent l="0" t="0" r="0" b="6350"/>
            <wp:wrapSquare wrapText="bothSides"/>
            <wp:docPr id="189285708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235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398EE8" w14:textId="330A1376" w:rsidR="00226F88" w:rsidRDefault="00226F88" w:rsidP="008D582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3809DF1F" w14:textId="68C77731" w:rsidR="008D582D" w:rsidRDefault="00226F88" w:rsidP="008D582D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A00EB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25472" behindDoc="0" locked="0" layoutInCell="1" allowOverlap="1" wp14:anchorId="26AADBC8" wp14:editId="28C12335">
            <wp:simplePos x="0" y="0"/>
            <wp:positionH relativeFrom="column">
              <wp:posOffset>2229485</wp:posOffset>
            </wp:positionH>
            <wp:positionV relativeFrom="paragraph">
              <wp:posOffset>8890</wp:posOffset>
            </wp:positionV>
            <wp:extent cx="2230120" cy="1550670"/>
            <wp:effectExtent l="0" t="0" r="0" b="0"/>
            <wp:wrapSquare wrapText="bothSides"/>
            <wp:docPr id="6636243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120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0EBB">
        <w:rPr>
          <w:noProof/>
        </w:rPr>
        <w:drawing>
          <wp:anchor distT="0" distB="0" distL="114300" distR="114300" simplePos="0" relativeHeight="251613184" behindDoc="0" locked="0" layoutInCell="1" allowOverlap="1" wp14:anchorId="2B68AA20" wp14:editId="037AD08F">
            <wp:simplePos x="0" y="0"/>
            <wp:positionH relativeFrom="column">
              <wp:posOffset>5888</wp:posOffset>
            </wp:positionH>
            <wp:positionV relativeFrom="paragraph">
              <wp:posOffset>56573</wp:posOffset>
            </wp:positionV>
            <wp:extent cx="1910124" cy="1420091"/>
            <wp:effectExtent l="0" t="0" r="0" b="8890"/>
            <wp:wrapSquare wrapText="bothSides"/>
            <wp:docPr id="23554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124" cy="142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E0CF1D" w14:textId="77777777" w:rsidR="00226F88" w:rsidRDefault="00226F88" w:rsidP="00226F88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7AAD0659" w14:textId="54C59564" w:rsidR="00226F88" w:rsidRDefault="00226F88" w:rsidP="00226F88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A00EB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8176" behindDoc="0" locked="0" layoutInCell="1" allowOverlap="1" wp14:anchorId="256E0B29" wp14:editId="55B598F3">
            <wp:simplePos x="0" y="0"/>
            <wp:positionH relativeFrom="column">
              <wp:posOffset>4709160</wp:posOffset>
            </wp:positionH>
            <wp:positionV relativeFrom="paragraph">
              <wp:posOffset>210185</wp:posOffset>
            </wp:positionV>
            <wp:extent cx="1953895" cy="2604135"/>
            <wp:effectExtent l="0" t="0" r="8255" b="5715"/>
            <wp:wrapSquare wrapText="bothSides"/>
            <wp:docPr id="6804348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895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0EB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7936" behindDoc="0" locked="0" layoutInCell="1" allowOverlap="1" wp14:anchorId="49FCF276" wp14:editId="54AC0AEC">
            <wp:simplePos x="0" y="0"/>
            <wp:positionH relativeFrom="column">
              <wp:posOffset>-635</wp:posOffset>
            </wp:positionH>
            <wp:positionV relativeFrom="paragraph">
              <wp:posOffset>8890</wp:posOffset>
            </wp:positionV>
            <wp:extent cx="1927860" cy="2036445"/>
            <wp:effectExtent l="0" t="0" r="0" b="1905"/>
            <wp:wrapSquare wrapText="bothSides"/>
            <wp:docPr id="796704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860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0EB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0B6B8239" wp14:editId="0FD77E86">
            <wp:simplePos x="0" y="0"/>
            <wp:positionH relativeFrom="column">
              <wp:posOffset>2277745</wp:posOffset>
            </wp:positionH>
            <wp:positionV relativeFrom="paragraph">
              <wp:posOffset>8255</wp:posOffset>
            </wp:positionV>
            <wp:extent cx="2098675" cy="2165350"/>
            <wp:effectExtent l="0" t="0" r="0" b="6350"/>
            <wp:wrapSquare wrapText="bothSides"/>
            <wp:docPr id="4961343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C2616" w14:textId="0ADAC4E5" w:rsidR="00226F88" w:rsidRPr="00A00EBB" w:rsidRDefault="00226F88" w:rsidP="00A00EBB">
      <w:pPr>
        <w:pStyle w:val="ListBullet"/>
        <w:widowControl w:val="0"/>
        <w:numPr>
          <w:ilvl w:val="0"/>
          <w:numId w:val="0"/>
        </w:num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65B582E" w14:textId="11C7DC4C" w:rsidR="00606E83" w:rsidRDefault="00226F88" w:rsidP="005D2564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4560" behindDoc="0" locked="0" layoutInCell="1" allowOverlap="1" wp14:anchorId="3E0F5C5C" wp14:editId="09EEC9CF">
            <wp:simplePos x="0" y="0"/>
            <wp:positionH relativeFrom="column">
              <wp:posOffset>2084705</wp:posOffset>
            </wp:positionH>
            <wp:positionV relativeFrom="paragraph">
              <wp:posOffset>6061</wp:posOffset>
            </wp:positionV>
            <wp:extent cx="1679575" cy="1905000"/>
            <wp:effectExtent l="0" t="0" r="0" b="0"/>
            <wp:wrapSquare wrapText="bothSides"/>
            <wp:docPr id="4832331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5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5344" behindDoc="0" locked="0" layoutInCell="1" allowOverlap="1" wp14:anchorId="0F77C6E0" wp14:editId="4843E606">
            <wp:simplePos x="0" y="0"/>
            <wp:positionH relativeFrom="column">
              <wp:posOffset>-635</wp:posOffset>
            </wp:positionH>
            <wp:positionV relativeFrom="paragraph">
              <wp:posOffset>5485</wp:posOffset>
            </wp:positionV>
            <wp:extent cx="1699260" cy="1981200"/>
            <wp:effectExtent l="0" t="0" r="0" b="0"/>
            <wp:wrapSquare wrapText="bothSides"/>
            <wp:docPr id="10091517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10541B" w14:textId="768E7B4C" w:rsidR="00104709" w:rsidRPr="00A00EBB" w:rsidRDefault="00104709" w:rsidP="00897DE8">
      <w:pPr>
        <w:pStyle w:val="ListBullet"/>
        <w:widowControl w:val="0"/>
        <w:numPr>
          <w:ilvl w:val="0"/>
          <w:numId w:val="0"/>
        </w:num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60F19CAB" w14:textId="77777777" w:rsidR="005D2564" w:rsidRDefault="005D2564" w:rsidP="005D2564">
      <w:pPr>
        <w:pStyle w:val="ListBullet"/>
        <w:widowControl w:val="0"/>
        <w:numPr>
          <w:ilvl w:val="0"/>
          <w:numId w:val="0"/>
        </w:num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1B12B2AD" w14:textId="1806C7E6" w:rsidR="009E2DC9" w:rsidRDefault="009E2DC9" w:rsidP="009E2DC9">
      <w:pPr>
        <w:pStyle w:val="ListBullet"/>
        <w:widowControl w:val="0"/>
        <w:numPr>
          <w:ilvl w:val="0"/>
          <w:numId w:val="0"/>
        </w:num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9C1CB9B" w14:textId="77777777" w:rsidR="005D2564" w:rsidRDefault="005D2564" w:rsidP="005D2564">
      <w:pPr>
        <w:pStyle w:val="ListBullet"/>
        <w:widowControl w:val="0"/>
        <w:numPr>
          <w:ilvl w:val="0"/>
          <w:numId w:val="0"/>
        </w:num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AACD984" w14:textId="32F74448" w:rsidR="005D2564" w:rsidRDefault="005D2564" w:rsidP="005D2564">
      <w:pPr>
        <w:pStyle w:val="ListBullet"/>
        <w:widowControl w:val="0"/>
        <w:numPr>
          <w:ilvl w:val="0"/>
          <w:numId w:val="0"/>
        </w:num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E3B35E6" w14:textId="77777777" w:rsidR="005D2564" w:rsidRDefault="005D2564" w:rsidP="00226F88">
      <w:pPr>
        <w:pStyle w:val="ListBullet"/>
        <w:widowControl w:val="0"/>
        <w:numPr>
          <w:ilvl w:val="0"/>
          <w:numId w:val="0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14:paraId="091A5548" w14:textId="742892FB" w:rsidR="008D582D" w:rsidRDefault="009E2DC9" w:rsidP="00A00EBB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impact does a resistor have on the brightness of a bulb?</w:t>
      </w:r>
    </w:p>
    <w:p w14:paraId="6DB02309" w14:textId="77777777" w:rsidR="00B15012" w:rsidRDefault="00B15012" w:rsidP="00A00EBB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02D1EE76" w14:textId="77777777" w:rsidR="003E5E2F" w:rsidRDefault="003E5E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38E963" w14:textId="7707D70C" w:rsidR="00B15012" w:rsidRDefault="00B15012" w:rsidP="00B15012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554383">
        <w:rPr>
          <w:rFonts w:ascii="Times New Roman" w:hAnsi="Times New Roman" w:cs="Times New Roman"/>
          <w:sz w:val="24"/>
          <w:szCs w:val="24"/>
        </w:rPr>
        <w:lastRenderedPageBreak/>
        <w:t>How many ways can you connect one battery and three resistors? Draw a circuit diagram for each.</w:t>
      </w:r>
    </w:p>
    <w:p w14:paraId="1AA2D902" w14:textId="77777777" w:rsidR="00B15012" w:rsidRPr="00554383" w:rsidRDefault="00B15012" w:rsidP="00B15012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605E6BE1" w14:textId="77777777" w:rsidR="00B15012" w:rsidRPr="00554383" w:rsidRDefault="00B15012" w:rsidP="00B15012">
      <w:pPr>
        <w:widowControl w:val="0"/>
        <w:tabs>
          <w:tab w:val="left" w:pos="425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54383">
        <w:rPr>
          <w:rFonts w:ascii="Times New Roman" w:hAnsi="Times New Roman" w:cs="Times New Roman"/>
          <w:sz w:val="24"/>
          <w:szCs w:val="24"/>
        </w:rPr>
        <w:t>Battery:</w:t>
      </w:r>
      <w:r w:rsidRPr="00554383">
        <w:rPr>
          <w:rFonts w:ascii="Times New Roman" w:hAnsi="Times New Roman" w:cs="Times New Roman"/>
          <w:sz w:val="24"/>
          <w:szCs w:val="24"/>
        </w:rPr>
        <w:tab/>
        <w:t>Resistor:</w:t>
      </w:r>
    </w:p>
    <w:p w14:paraId="215D8CAD" w14:textId="77777777" w:rsidR="00B15012" w:rsidRPr="00554383" w:rsidRDefault="00B15012" w:rsidP="00B15012">
      <w:pPr>
        <w:widowControl w:val="0"/>
        <w:tabs>
          <w:tab w:val="left" w:pos="425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5438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E05213" wp14:editId="0BB98A88">
            <wp:extent cx="1851820" cy="739204"/>
            <wp:effectExtent l="0" t="0" r="0" b="3810"/>
            <wp:docPr id="1394039610" name="Picture 1" descr="A black lines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039610" name="Picture 1" descr="A black lines with a white background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51820" cy="73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4383">
        <w:rPr>
          <w:rFonts w:ascii="Times New Roman" w:hAnsi="Times New Roman" w:cs="Times New Roman"/>
          <w:noProof/>
          <w:sz w:val="24"/>
          <w:szCs w:val="24"/>
        </w:rPr>
        <w:tab/>
        <w:t xml:space="preserve"> </w:t>
      </w:r>
      <w:r w:rsidRPr="0055438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043EF9" wp14:editId="05F0BFCF">
            <wp:extent cx="2411729" cy="777240"/>
            <wp:effectExtent l="0" t="0" r="8255" b="3810"/>
            <wp:docPr id="573514633" name="Picture 1" descr="A black lin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14633" name="Picture 1" descr="A black line on a white background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36295" cy="785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A9EF1" w14:textId="77777777" w:rsidR="00B15012" w:rsidRPr="00554383" w:rsidRDefault="00B15012" w:rsidP="00B15012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7FF43241" w14:textId="77777777" w:rsidR="00B15012" w:rsidRPr="00A00EBB" w:rsidRDefault="00B15012" w:rsidP="00A00EBB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sectPr w:rsidR="00B15012" w:rsidRPr="00A00EBB" w:rsidSect="00226F88">
      <w:type w:val="continuous"/>
      <w:pgSz w:w="12240" w:h="15840"/>
      <w:pgMar w:top="709" w:right="900" w:bottom="567" w:left="851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6C212" w14:textId="77777777" w:rsidR="006371B7" w:rsidRDefault="006371B7">
      <w:pPr>
        <w:spacing w:after="0" w:line="240" w:lineRule="auto"/>
      </w:pPr>
      <w:r>
        <w:separator/>
      </w:r>
    </w:p>
  </w:endnote>
  <w:endnote w:type="continuationSeparator" w:id="0">
    <w:p w14:paraId="5693659F" w14:textId="77777777" w:rsidR="006371B7" w:rsidRDefault="00637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366D1" w14:textId="77777777" w:rsidR="006371B7" w:rsidRDefault="006371B7">
      <w:pPr>
        <w:spacing w:after="0" w:line="240" w:lineRule="auto"/>
      </w:pPr>
      <w:r>
        <w:separator/>
      </w:r>
    </w:p>
  </w:footnote>
  <w:footnote w:type="continuationSeparator" w:id="0">
    <w:p w14:paraId="57CB36B0" w14:textId="77777777" w:rsidR="006371B7" w:rsidRDefault="00637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83E1B19"/>
    <w:multiLevelType w:val="hybridMultilevel"/>
    <w:tmpl w:val="E6B6781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C418F5"/>
    <w:multiLevelType w:val="hybridMultilevel"/>
    <w:tmpl w:val="795A0B7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985272">
    <w:abstractNumId w:val="8"/>
  </w:num>
  <w:num w:numId="2" w16cid:durableId="56325166">
    <w:abstractNumId w:val="6"/>
  </w:num>
  <w:num w:numId="3" w16cid:durableId="2064211948">
    <w:abstractNumId w:val="5"/>
  </w:num>
  <w:num w:numId="4" w16cid:durableId="26679734">
    <w:abstractNumId w:val="4"/>
  </w:num>
  <w:num w:numId="5" w16cid:durableId="311830229">
    <w:abstractNumId w:val="7"/>
  </w:num>
  <w:num w:numId="6" w16cid:durableId="183397822">
    <w:abstractNumId w:val="3"/>
  </w:num>
  <w:num w:numId="7" w16cid:durableId="9794713">
    <w:abstractNumId w:val="2"/>
  </w:num>
  <w:num w:numId="8" w16cid:durableId="566842515">
    <w:abstractNumId w:val="1"/>
  </w:num>
  <w:num w:numId="9" w16cid:durableId="1234660817">
    <w:abstractNumId w:val="0"/>
  </w:num>
  <w:num w:numId="10" w16cid:durableId="1355499915">
    <w:abstractNumId w:val="9"/>
  </w:num>
  <w:num w:numId="11" w16cid:durableId="4013720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51D1"/>
    <w:rsid w:val="000314EA"/>
    <w:rsid w:val="00034616"/>
    <w:rsid w:val="0006063C"/>
    <w:rsid w:val="00104709"/>
    <w:rsid w:val="0015074B"/>
    <w:rsid w:val="00167B20"/>
    <w:rsid w:val="00222950"/>
    <w:rsid w:val="00226F88"/>
    <w:rsid w:val="002344B8"/>
    <w:rsid w:val="00287359"/>
    <w:rsid w:val="0029639D"/>
    <w:rsid w:val="00326F90"/>
    <w:rsid w:val="00341F43"/>
    <w:rsid w:val="003E4CFA"/>
    <w:rsid w:val="003E5E2F"/>
    <w:rsid w:val="004F08F0"/>
    <w:rsid w:val="005064C6"/>
    <w:rsid w:val="0058037D"/>
    <w:rsid w:val="005D2564"/>
    <w:rsid w:val="00606E83"/>
    <w:rsid w:val="00632C6B"/>
    <w:rsid w:val="006371B7"/>
    <w:rsid w:val="00732679"/>
    <w:rsid w:val="0074022F"/>
    <w:rsid w:val="00897DE8"/>
    <w:rsid w:val="008C2B1A"/>
    <w:rsid w:val="008D582D"/>
    <w:rsid w:val="009508FA"/>
    <w:rsid w:val="009B6F60"/>
    <w:rsid w:val="009E2DC9"/>
    <w:rsid w:val="009F11E9"/>
    <w:rsid w:val="00A00EBB"/>
    <w:rsid w:val="00A77B48"/>
    <w:rsid w:val="00AA1D8D"/>
    <w:rsid w:val="00B12506"/>
    <w:rsid w:val="00B15012"/>
    <w:rsid w:val="00B47730"/>
    <w:rsid w:val="00B87446"/>
    <w:rsid w:val="00C2632B"/>
    <w:rsid w:val="00CB0664"/>
    <w:rsid w:val="00EE5036"/>
    <w:rsid w:val="00EE5602"/>
    <w:rsid w:val="00EF2EB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61DFA9"/>
  <w14:defaultImageDpi w14:val="300"/>
  <w15:docId w15:val="{94E67E27-CCF5-43C7-A8F8-3738F727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531</Characters>
  <Application>Microsoft Office Word</Application>
  <DocSecurity>0</DocSecurity>
  <Lines>13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Darcy House</cp:lastModifiedBy>
  <cp:revision>16</cp:revision>
  <cp:lastPrinted>2026-03-28T20:14:00Z</cp:lastPrinted>
  <dcterms:created xsi:type="dcterms:W3CDTF">2013-12-23T23:15:00Z</dcterms:created>
  <dcterms:modified xsi:type="dcterms:W3CDTF">2026-03-28T20:21:00Z</dcterms:modified>
  <cp:category/>
</cp:coreProperties>
</file>